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WNIOSEK O RENTĘ SOCJALNĄ</w:t>
      </w:r>
    </w:p>
    <w:p/>
    <w:p/>
    <w:p>
      <w:r>
        <w:rPr>
          <w:b/>
          <w:sz w:val="20"/>
        </w:rPr>
        <w:t>Dane Wnioskodawcy:</w:t>
      </w:r>
    </w:p>
    <w:p>
      <w:r>
        <w:rPr>
          <w:b w:val="0"/>
          <w:sz w:val="20"/>
        </w:rPr>
        <w:t>Imię i nazwisko: ____________________________________________</w:t>
      </w:r>
    </w:p>
    <w:p>
      <w:r>
        <w:rPr>
          <w:b w:val="0"/>
          <w:sz w:val="20"/>
        </w:rPr>
        <w:t>PESEL: _____________________________________________________</w:t>
      </w:r>
    </w:p>
    <w:p>
      <w:r>
        <w:rPr>
          <w:b w:val="0"/>
          <w:sz w:val="20"/>
        </w:rPr>
        <w:t>Adres zamieszkania: ________________________________________</w:t>
      </w:r>
    </w:p>
    <w:p>
      <w:r>
        <w:rPr>
          <w:b w:val="0"/>
          <w:sz w:val="20"/>
        </w:rPr>
        <w:t>Telefon kontaktowy: _________________________________________</w:t>
      </w:r>
    </w:p>
    <w:p/>
    <w:p>
      <w:r>
        <w:rPr>
          <w:b/>
          <w:sz w:val="20"/>
        </w:rPr>
        <w:t>Informacje o sytuacji życiowej i rodzinnej:</w:t>
      </w:r>
    </w:p>
    <w:p>
      <w:r>
        <w:rPr>
          <w:b w:val="0"/>
          <w:sz w:val="20"/>
        </w:rPr>
        <w:t>1) Stan cywilny: ____________________________________________</w:t>
      </w:r>
    </w:p>
    <w:p>
      <w:r>
        <w:rPr>
          <w:b w:val="0"/>
          <w:sz w:val="20"/>
        </w:rPr>
        <w:t>2) Liczba osób pozostających na utrzymaniu: __________________</w:t>
      </w:r>
    </w:p>
    <w:p>
      <w:r>
        <w:rPr>
          <w:b w:val="0"/>
          <w:sz w:val="20"/>
        </w:rPr>
        <w:t>3) Stopień niepełnosprawności (jeśli dotyczy): ________________</w:t>
      </w:r>
    </w:p>
    <w:p/>
    <w:p>
      <w:r>
        <w:rPr>
          <w:b/>
          <w:sz w:val="20"/>
        </w:rPr>
        <w:t>Informacje o dochodach:</w:t>
      </w:r>
    </w:p>
    <w:p>
      <w:r>
        <w:rPr>
          <w:b w:val="0"/>
          <w:sz w:val="20"/>
        </w:rPr>
        <w:t>1) Źródła dochodu Wnioskodawcy i osób pozostających we wspólnym gospodarstwie domowym:</w:t>
      </w:r>
    </w:p>
    <w:p>
      <w:r>
        <w:rPr>
          <w:b w:val="0"/>
          <w:sz w:val="20"/>
        </w:rPr>
        <w:t xml:space="preserve">   a) Wnioskodawca: __________________________________________</w:t>
      </w:r>
    </w:p>
    <w:p>
      <w:r>
        <w:rPr>
          <w:b w:val="0"/>
          <w:sz w:val="20"/>
        </w:rPr>
        <w:t xml:space="preserve">   b) Inni domownicy: _________________________________________</w:t>
      </w:r>
    </w:p>
    <w:p>
      <w:r>
        <w:rPr>
          <w:b w:val="0"/>
          <w:sz w:val="20"/>
        </w:rPr>
        <w:t>2) Średni miesięczny dochód netto na osobę w gospodarstwie domowym: ______________ PLN</w:t>
      </w:r>
    </w:p>
    <w:p/>
    <w:p>
      <w:r>
        <w:rPr>
          <w:b/>
          <w:sz w:val="20"/>
        </w:rPr>
        <w:t>Oświadczenia Wnioskodawcy:</w:t>
      </w:r>
    </w:p>
    <w:p>
      <w:r>
        <w:rPr>
          <w:b w:val="0"/>
          <w:sz w:val="20"/>
        </w:rPr>
        <w:t>1) Oświadczam, że podane przeze mnie informacje są zgodne z prawdą.</w:t>
      </w:r>
    </w:p>
    <w:p>
      <w:r>
        <w:rPr>
          <w:b w:val="0"/>
          <w:sz w:val="20"/>
        </w:rPr>
        <w:t>2) Zobowiązuję się do niezwłocznego poinformowania o każdej zmianie mającej wpływ na prawo do renty socjalnej.</w:t>
      </w:r>
    </w:p>
    <w:p/>
    <w:p>
      <w:r>
        <w:rPr>
          <w:b/>
          <w:sz w:val="20"/>
        </w:rPr>
        <w:t>Załączniki do wniosku:</w:t>
      </w:r>
    </w:p>
    <w:p>
      <w:r>
        <w:rPr>
          <w:b w:val="0"/>
          <w:sz w:val="20"/>
        </w:rPr>
        <w:t>1) Kopia dokumentu potwierdzającego tożsamość</w:t>
      </w:r>
    </w:p>
    <w:p>
      <w:r>
        <w:rPr>
          <w:b w:val="0"/>
          <w:sz w:val="20"/>
        </w:rPr>
        <w:t>2) Zaświadczenia o dochodach</w:t>
      </w:r>
    </w:p>
    <w:p>
      <w:r>
        <w:rPr>
          <w:b w:val="0"/>
          <w:sz w:val="20"/>
        </w:rPr>
        <w:t>3) Orzeczenie o stopniu niepełnosprawności (jeśli dotyczy)</w:t>
      </w:r>
    </w:p>
    <w:p>
      <w:r>
        <w:rPr>
          <w:b w:val="0"/>
          <w:sz w:val="20"/>
        </w:rPr>
        <w:t>4) Inne dokumenty potwierdzające sytuację rodzinną i majątkową</w:t>
      </w:r>
    </w:p>
    <w:p/>
    <w:p>
      <w:r>
        <w:rPr>
          <w:b/>
          <w:sz w:val="20"/>
        </w:rPr>
        <w:t>Miejsce na własnoręczny podpis Wnioskodawcy:</w:t>
      </w:r>
    </w:p>
    <w:p>
      <w:r>
        <w:rPr>
          <w:b w:val="0"/>
          <w:sz w:val="20"/>
        </w:rPr>
        <w:t>.................................................................</w:t>
      </w:r>
    </w:p>
    <w:p/>
    <w:p/>
    <w:p/>
    <w:p>
      <w:r>
        <w:rPr>
          <w:b w:val="0"/>
          <w:sz w:val="20"/>
        </w:rPr>
        <w:t>Miejsce: ___________________________________    Data: 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Podpis Wnioskodawcy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Podpis pracownika przyjmującego wniosek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https://wniosek-gotowy.com/wzor-wypelnionego-wniosku-o-rente-socjalna/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https://wniosek-gotowy.com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wniosek-gotowy.com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gotowy.com/wzor-wypelnionego-wniosku-o-rente-socjalna/" TargetMode="External"/><Relationship Id="rId10" Type="http://schemas.openxmlformats.org/officeDocument/2006/relationships/hyperlink" Target="https://wniosek-gotow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