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WYPEŁNIONY WNIOSEK O WARUNKI ZABUDOWY</w:t>
      </w:r>
    </w:p>
    <w:p/>
    <w:p/>
    <w:p>
      <w:r>
        <w:rPr>
          <w:b/>
          <w:sz w:val="20"/>
        </w:rPr>
        <w:t>I. DANE WNIOSKODAWCY</w:t>
      </w:r>
    </w:p>
    <w:p>
      <w:r>
        <w:rPr>
          <w:b w:val="0"/>
          <w:sz w:val="20"/>
        </w:rPr>
        <w:t>Imię i nazwisko / Nazwa firmy : _____________________________________________</w:t>
      </w:r>
    </w:p>
    <w:p>
      <w:r>
        <w:rPr>
          <w:b w:val="0"/>
          <w:sz w:val="20"/>
        </w:rPr>
        <w:t>Adres zamieszkania / siedziby : _____________________________________________</w:t>
      </w:r>
    </w:p>
    <w:p>
      <w:r>
        <w:rPr>
          <w:b w:val="0"/>
          <w:sz w:val="20"/>
        </w:rPr>
        <w:t>Numer telefonu : ___________________________________________________________</w:t>
      </w:r>
    </w:p>
    <w:p>
      <w:r>
        <w:rPr>
          <w:b w:val="0"/>
          <w:sz w:val="20"/>
        </w:rPr>
        <w:t>Adres e-mail : _____________________________________________________________</w:t>
      </w:r>
    </w:p>
    <w:p/>
    <w:p>
      <w:r>
        <w:rPr>
          <w:b/>
          <w:sz w:val="20"/>
        </w:rPr>
        <w:t>II. PRZEDMIOT WNIOSKU</w:t>
      </w:r>
    </w:p>
    <w:p>
      <w:r>
        <w:rPr>
          <w:b w:val="0"/>
          <w:sz w:val="20"/>
        </w:rPr>
        <w:t>1. Adres nieruchomości (działki) : ___________________________________________</w:t>
      </w:r>
    </w:p>
    <w:p>
      <w:r>
        <w:rPr>
          <w:b w:val="0"/>
          <w:sz w:val="20"/>
        </w:rPr>
        <w:t>2. Numer działki ewidencyjnej : _____________________________________________</w:t>
      </w:r>
    </w:p>
    <w:p>
      <w:r>
        <w:rPr>
          <w:b w:val="0"/>
          <w:sz w:val="20"/>
        </w:rPr>
        <w:t>3. Obszar objęty wnioskiem (w m²) : _________________________________________</w:t>
      </w:r>
    </w:p>
    <w:p>
      <w:r>
        <w:rPr>
          <w:b w:val="0"/>
          <w:sz w:val="20"/>
        </w:rPr>
        <w:t>4. Rodzaj planowanej inwestycji : ____________________________________________</w:t>
      </w:r>
    </w:p>
    <w:p>
      <w:r>
        <w:rPr>
          <w:b w:val="0"/>
          <w:sz w:val="20"/>
        </w:rPr>
        <w:t>5. Przeznaczenie terenu zgodnie z miejscowym planem zagospodarowania przestrzennego (jeśli istnieje) :</w:t>
      </w:r>
    </w:p>
    <w:p>
      <w:r>
        <w:rPr>
          <w:b w:val="0"/>
          <w:sz w:val="20"/>
        </w:rPr>
        <w:t xml:space="preserve">   ___________________________________________________________________________</w:t>
      </w:r>
    </w:p>
    <w:p/>
    <w:p>
      <w:r>
        <w:rPr>
          <w:b/>
          <w:sz w:val="20"/>
        </w:rPr>
        <w:t>III. UZASADNIENIE WNIOSKU</w:t>
      </w:r>
    </w:p>
    <w:p>
      <w:r>
        <w:rPr>
          <w:b w:val="0"/>
          <w:sz w:val="20"/>
        </w:rPr>
        <w:t>Proszę o wydanie warunków zabudowy w związku z planowaną inwestycją,</w:t>
      </w:r>
    </w:p>
    <w:p>
      <w:r>
        <w:rPr>
          <w:b w:val="0"/>
          <w:sz w:val="20"/>
        </w:rPr>
        <w:t>która jest zgodna z obecnym stanem zagospodarowania terenu oraz obowiązującymi</w:t>
      </w:r>
    </w:p>
    <w:p>
      <w:r>
        <w:rPr>
          <w:b w:val="0"/>
          <w:sz w:val="20"/>
        </w:rPr>
        <w:t>przepisami prawa. Inwestycja nie narusza interesów osób trzecich oraz jest zgodna</w:t>
      </w:r>
    </w:p>
    <w:p>
      <w:r>
        <w:rPr>
          <w:b w:val="0"/>
          <w:sz w:val="20"/>
        </w:rPr>
        <w:t>z zasadami ładu przestrzennego.</w:t>
      </w:r>
    </w:p>
    <w:p/>
    <w:p>
      <w:r>
        <w:rPr>
          <w:b/>
          <w:sz w:val="20"/>
        </w:rPr>
        <w:t>IV. OŚWIADCZENIA WNIOSKODAWCY</w:t>
      </w:r>
    </w:p>
    <w:p>
      <w:r>
        <w:rPr>
          <w:b w:val="0"/>
          <w:sz w:val="20"/>
        </w:rPr>
        <w:t>1. Oświadczam, że jestem właścicielem/współwłaścicielem działki objętej wnioskiem lub posiadam inne prawo do dysponowania nieruchomością na cele budowlane.</w:t>
      </w:r>
    </w:p>
    <w:p>
      <w:r>
        <w:rPr>
          <w:b w:val="0"/>
          <w:sz w:val="20"/>
        </w:rPr>
        <w:t>2. Zapoznałem się z treścią wniosku i oświadczam, że zawarte w nim dane są zgodne z prawdą.</w:t>
      </w:r>
    </w:p>
    <w:p>
      <w:r>
        <w:rPr>
          <w:b w:val="0"/>
          <w:sz w:val="20"/>
        </w:rPr>
        <w:t>3. Zobowiązuję się do przestrzegania warunków zabudowy oraz innych obowiązujących przepisów prawa.</w:t>
      </w:r>
    </w:p>
    <w:p/>
    <w:p>
      <w:r>
        <w:rPr>
          <w:b/>
          <w:sz w:val="20"/>
        </w:rPr>
        <w:t>V. DOKUMENTACJA DOŁĄCZONA DO WNIOSKU</w:t>
      </w:r>
    </w:p>
    <w:p>
      <w:r>
        <w:rPr>
          <w:b w:val="0"/>
          <w:sz w:val="20"/>
        </w:rPr>
        <w:t>Proszę o oznaczenie złożonych dokumentów (wstaw 'X'):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Mapa sytuacyjno-wysokościowa działki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Opis planowanej inwestycji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Oświadczenie o posiadanym prawie do dysponowania nieruchomością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Inne dokumenty (wymienić) : 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  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...............................................................................</w:t>
            </w:r>
          </w:p>
        </w:tc>
      </w:tr>
    </w:tbl>
    <w:p/>
    <w:p>
      <w:r>
        <w:rPr>
          <w:b/>
          <w:sz w:val="20"/>
        </w:rPr>
        <w:t>VI. MIEJSCE I PODPIS WNIOSKODAWCY</w:t>
      </w:r>
    </w:p>
    <w:p>
      <w:r>
        <w:rPr>
          <w:b w:val="0"/>
          <w:sz w:val="20"/>
        </w:rPr>
        <w:t>Miejsce : _________________________________________________________________</w:t>
      </w:r>
    </w:p>
    <w:p>
      <w:r>
        <w:rPr>
          <w:b w:val="0"/>
          <w:sz w:val="20"/>
        </w:rPr>
        <w:t>Podpis : _________________________________________________________________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Miejsce i data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https://wniosek-gotowy.com/wypelniony-wniosek-o-warunki-zabudowy/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ypelniony-wniosek-o-warunki-zabudowy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