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WIZOWY DO EGIPTU</w:t>
      </w:r>
    </w:p>
    <w:p/>
    <w:p/>
    <w:p>
      <w:r>
        <w:rPr>
          <w:b/>
          <w:sz w:val="20"/>
        </w:rPr>
        <w:t>Dane osobowe wnioskodawcy:</w:t>
      </w:r>
    </w:p>
    <w:p>
      <w:r>
        <w:rPr>
          <w:b w:val="0"/>
          <w:sz w:val="20"/>
        </w:rPr>
        <w:t>Imię i nazwisko: ______________________________________________________________</w:t>
      </w:r>
    </w:p>
    <w:p>
      <w:r>
        <w:rPr>
          <w:b w:val="0"/>
          <w:sz w:val="20"/>
        </w:rPr>
        <w:t>Data i miejsce urodzenia: _____________________________________________________</w:t>
      </w:r>
    </w:p>
    <w:p>
      <w:r>
        <w:rPr>
          <w:b w:val="0"/>
          <w:sz w:val="20"/>
        </w:rPr>
        <w:t>Obywatelstwo: _________________________________________________________________</w:t>
      </w:r>
    </w:p>
    <w:p>
      <w:r>
        <w:rPr>
          <w:b w:val="0"/>
          <w:sz w:val="20"/>
        </w:rPr>
        <w:t>Numer paszportu: ______________________________________________________________</w:t>
      </w:r>
    </w:p>
    <w:p>
      <w:r>
        <w:rPr>
          <w:b w:val="0"/>
          <w:sz w:val="20"/>
        </w:rPr>
        <w:t>Data wydania paszportu: _______________________________________________________</w:t>
      </w:r>
    </w:p>
    <w:p>
      <w:r>
        <w:rPr>
          <w:b w:val="0"/>
          <w:sz w:val="20"/>
        </w:rPr>
        <w:t>Data ważności paszportu: ______________________________________________________</w:t>
      </w:r>
    </w:p>
    <w:p>
      <w:r>
        <w:rPr>
          <w:b w:val="0"/>
          <w:sz w:val="20"/>
        </w:rPr>
        <w:t>Adres zamieszkania w Polsce: _________________________________________________</w:t>
      </w:r>
    </w:p>
    <w:p>
      <w:r>
        <w:rPr>
          <w:b w:val="0"/>
          <w:sz w:val="20"/>
        </w:rPr>
        <w:t>Nr telefonu kontaktowego: 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</w:t>
      </w:r>
    </w:p>
    <w:p/>
    <w:p>
      <w:r>
        <w:rPr>
          <w:b/>
          <w:sz w:val="20"/>
        </w:rPr>
        <w:t>Informacje o podróży:</w:t>
      </w:r>
    </w:p>
    <w:p>
      <w:r>
        <w:rPr>
          <w:b w:val="0"/>
          <w:sz w:val="20"/>
        </w:rPr>
        <w:t>Cel wizyty: _________________________________________________________________</w:t>
      </w:r>
    </w:p>
    <w:p>
      <w:r>
        <w:rPr>
          <w:b w:val="0"/>
          <w:sz w:val="20"/>
        </w:rPr>
        <w:t>Data planowanego przyjazdu do Egiptu: _________________________________________</w:t>
      </w:r>
    </w:p>
    <w:p>
      <w:r>
        <w:rPr>
          <w:b w:val="0"/>
          <w:sz w:val="20"/>
        </w:rPr>
        <w:t>Data planowanego wyjazdu z Egiptu: ___________________________________________</w:t>
      </w:r>
    </w:p>
    <w:p>
      <w:r>
        <w:rPr>
          <w:b w:val="0"/>
          <w:sz w:val="20"/>
        </w:rPr>
        <w:t>Miejsce zakwaterowania w Egipcie: ____________________________________________</w:t>
      </w:r>
    </w:p>
    <w:p>
      <w:r>
        <w:rPr>
          <w:b w:val="0"/>
          <w:sz w:val="20"/>
        </w:rPr>
        <w:t>Numer lotu / środka transportu: ______________________________________________</w:t>
      </w:r>
    </w:p>
    <w:p/>
    <w:p>
      <w:r>
        <w:rPr>
          <w:b/>
          <w:sz w:val="20"/>
        </w:rPr>
        <w:t>Informacje dodatkowe:</w:t>
      </w:r>
    </w:p>
    <w:p>
      <w:r>
        <w:rPr>
          <w:b w:val="0"/>
          <w:sz w:val="20"/>
        </w:rPr>
        <w:t>Czy wnioskodawca był wcześniej karany? (tak/nie): ______________________________</w:t>
      </w:r>
    </w:p>
    <w:p>
      <w:r>
        <w:rPr>
          <w:b w:val="0"/>
          <w:sz w:val="20"/>
        </w:rPr>
        <w:t>Jeśli tak, proszę podać szczegóły: ____________________________________________</w:t>
      </w:r>
    </w:p>
    <w:p>
      <w:r>
        <w:rPr>
          <w:b w:val="0"/>
          <w:sz w:val="20"/>
        </w:rPr>
        <w:t>Czy wnioskodawca był wcześniej w Egipcie? (tak/nie): ____________________________</w:t>
      </w:r>
    </w:p>
    <w:p>
      <w:r>
        <w:rPr>
          <w:b w:val="0"/>
          <w:sz w:val="20"/>
        </w:rPr>
        <w:t>Jeśli tak, podać daty i cel pobytu: 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Oświadczam, że wszystkie dane zawarte w niniejszym wniosku są prawdziwe i zgodne z moją wiedzą.</w:t>
      </w:r>
    </w:p>
    <w:p>
      <w:r>
        <w:rPr>
          <w:b w:val="0"/>
          <w:sz w:val="20"/>
        </w:rPr>
        <w:t>Zobowiązuję się przestrzegać przepisów prawa Egiptu oraz Polski podczas podróży.</w:t>
      </w:r>
    </w:p>
    <w:p>
      <w:r>
        <w:rPr>
          <w:b w:val="0"/>
          <w:sz w:val="20"/>
        </w:rPr>
        <w:t>Przyjmuję do wiadomości, że podanie nieprawdziwych informacji może skutkować odmową wydania wizy lub konsekwencjami prawnymi.</w:t>
      </w:r>
    </w:p>
    <w:p/>
    <w:p/>
    <w:p>
      <w:r>
        <w:rPr>
          <w:b w:val="0"/>
          <w:sz w:val="20"/>
        </w:rPr>
        <w:t>Miejsce, Data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https://wniosek-gotowy.com/wniosek-wizowy-egipt-wzor/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wizowy-egipt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