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STOSOWANIE SIŁY WYŻSZEJ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 : ________________________________________________</w:t>
      </w:r>
    </w:p>
    <w:p>
      <w:r>
        <w:rPr>
          <w:b w:val="0"/>
          <w:sz w:val="20"/>
        </w:rPr>
        <w:t>Adres / Siedziba : _____________________________________________________________</w:t>
      </w:r>
    </w:p>
    <w:p>
      <w:r>
        <w:rPr>
          <w:b w:val="0"/>
          <w:sz w:val="20"/>
        </w:rPr>
        <w:t>NIP / PESEL : _________________________________________________________________</w:t>
      </w:r>
    </w:p>
    <w:p>
      <w:r>
        <w:rPr>
          <w:b w:val="0"/>
          <w:sz w:val="20"/>
        </w:rPr>
        <w:t>Telefon / E-mail : ____________________________________________________________</w:t>
      </w:r>
    </w:p>
    <w:p/>
    <w:p/>
    <w:p>
      <w:r>
        <w:rPr>
          <w:b/>
          <w:sz w:val="20"/>
        </w:rPr>
        <w:t>Dane odbiorcy wniosku:</w:t>
      </w:r>
    </w:p>
    <w:p>
      <w:r>
        <w:rPr>
          <w:b w:val="0"/>
          <w:sz w:val="20"/>
        </w:rPr>
        <w:t>Nazwa jednostki / firmy : ____________________________________________________</w:t>
      </w:r>
    </w:p>
    <w:p>
      <w:r>
        <w:rPr>
          <w:b w:val="0"/>
          <w:sz w:val="20"/>
        </w:rPr>
        <w:t>Adres : ______________________________________________________________________</w:t>
      </w:r>
    </w:p>
    <w:p/>
    <w:p/>
    <w:p>
      <w:r>
        <w:rPr>
          <w:b w:val="0"/>
          <w:sz w:val="20"/>
        </w:rPr>
        <w:t>Miejsce : ___________________________    Data : ___________________________</w:t>
      </w:r>
    </w:p>
    <w:p/>
    <w:p/>
    <w:p>
      <w:pPr>
        <w:jc w:val="center"/>
      </w:pPr>
      <w:r>
        <w:rPr>
          <w:b/>
          <w:sz w:val="20"/>
        </w:rPr>
        <w:t>WNIOSEK</w:t>
      </w:r>
    </w:p>
    <w:p/>
    <w:p>
      <w:r>
        <w:rPr>
          <w:b w:val="0"/>
          <w:sz w:val="20"/>
        </w:rPr>
        <w:t>Na podstawie art. 475 Kodeksu cywilnego, w związku z wystąpieniem okoliczności stanowiących siłę wyższą, które uniemożliwiły mi/nam wykonanie zobowiązania wynikającego z umowy nr __________________________ z dnia __________________________, składam niniejszy wniosek o odroczenie/zmianę terminu realizacji obowiązków umownych.</w:t>
      </w:r>
    </w:p>
    <w:p/>
    <w:p/>
    <w:p>
      <w:r>
        <w:rPr>
          <w:b/>
          <w:sz w:val="20"/>
        </w:rPr>
        <w:t>Opis okoliczności siły wyższej: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 w:val="0"/>
          <w:sz w:val="20"/>
        </w:rPr>
        <w:t>W związku z powyższym proszę o uwzględnienie niniejszego wniosku i poinformowanie mnie/nas o podjętej decyzji w możliwie najkrótszym terminie.</w:t>
      </w:r>
    </w:p>
    <w:p/>
    <w:p/>
    <w:p/>
    <w:p>
      <w:r>
        <w:rPr>
          <w:b w:val="0"/>
          <w:sz w:val="20"/>
        </w:rPr>
        <w:t>Podpis Wnioskodawcy: 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(podpis, pieczęć)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 (podpis)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https://wniosek-gotowy.com/wniosek-sila-wyzsza-wzor/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sila-wyzsza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