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PONAGLENIE</w:t>
      </w:r>
    </w:p>
    <w:p/>
    <w:p/>
    <w:p>
      <w:r>
        <w:rPr>
          <w:b/>
          <w:sz w:val="20"/>
        </w:rPr>
        <w:t>Do:</w:t>
      </w:r>
    </w:p>
    <w:p>
      <w:r>
        <w:rPr>
          <w:b w:val="0"/>
          <w:sz w:val="20"/>
        </w:rPr>
        <w:t>___________________________________________________________</w:t>
      </w:r>
    </w:p>
    <w:p>
      <w:r>
        <w:rPr>
          <w:b w:val="0"/>
          <w:sz w:val="20"/>
        </w:rPr>
        <w:t>___________________________________________________________</w:t>
      </w:r>
    </w:p>
    <w:p>
      <w:r>
        <w:rPr>
          <w:b w:val="0"/>
          <w:sz w:val="20"/>
        </w:rPr>
        <w:t>___________________________________________________________</w:t>
      </w:r>
    </w:p>
    <w:p/>
    <w:p>
      <w:r>
        <w:rPr>
          <w:b/>
          <w:sz w:val="20"/>
        </w:rPr>
        <w:t>Wnioskodawca:</w:t>
      </w:r>
    </w:p>
    <w:p>
      <w:r>
        <w:rPr>
          <w:b w:val="0"/>
          <w:sz w:val="20"/>
        </w:rPr>
        <w:t>Imię i nazwisko / Nazwa: _____________________________________________</w:t>
      </w:r>
    </w:p>
    <w:p>
      <w:r>
        <w:rPr>
          <w:b w:val="0"/>
          <w:sz w:val="20"/>
        </w:rPr>
        <w:t>Adres zamieszkania / siedziby: ________________________________________</w:t>
      </w:r>
    </w:p>
    <w:p>
      <w:r>
        <w:rPr>
          <w:b w:val="0"/>
          <w:sz w:val="20"/>
        </w:rPr>
        <w:t>PESEL / NIP: __________________________________________________________</w:t>
      </w:r>
    </w:p>
    <w:p>
      <w:r>
        <w:rPr>
          <w:b w:val="0"/>
          <w:sz w:val="20"/>
        </w:rPr>
        <w:t>Telefon: 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/>
    <w:p>
      <w:r>
        <w:rPr>
          <w:b w:val="0"/>
          <w:sz w:val="20"/>
        </w:rPr>
        <w:t>Miejscowość: ____________________________________</w:t>
      </w:r>
    </w:p>
    <w:p/>
    <w:p/>
    <w:p>
      <w:pPr>
        <w:jc w:val="center"/>
      </w:pPr>
      <w:r>
        <w:rPr>
          <w:b/>
          <w:sz w:val="20"/>
        </w:rPr>
        <w:t>WNIOSEK O PONAGLENIE</w:t>
      </w:r>
    </w:p>
    <w:p/>
    <w:p/>
    <w:p>
      <w:r>
        <w:rPr>
          <w:b w:val="0"/>
          <w:sz w:val="20"/>
        </w:rPr>
        <w:t>Na podstawie art. 151 § 1 Kodeksu postępowania cywilnego zwracam się z wnioskiem o ponaglenie w sprawie o sygnaturze akt:</w:t>
      </w:r>
    </w:p>
    <w:p>
      <w:r>
        <w:rPr>
          <w:b w:val="0"/>
          <w:sz w:val="20"/>
        </w:rPr>
        <w:t>____________________________________________________________</w:t>
      </w:r>
    </w:p>
    <w:p/>
    <w:p>
      <w:r>
        <w:rPr>
          <w:b/>
          <w:sz w:val="20"/>
        </w:rPr>
        <w:t>Wnoszę o:</w:t>
      </w:r>
    </w:p>
    <w:p>
      <w:r>
        <w:rPr>
          <w:b w:val="0"/>
          <w:sz w:val="20"/>
        </w:rPr>
        <w:t>1. Ponaglenie podjęcia przez sąd dalszych czynności w przedmiotowej sprawie.</w:t>
      </w:r>
    </w:p>
    <w:p>
      <w:r>
        <w:rPr>
          <w:b w:val="0"/>
          <w:sz w:val="20"/>
        </w:rPr>
        <w:t>2. Poinformowanie mnie o podjętych czynnościach w ustawowym terminie.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W dniu __________________________ złożyłem/am w sądzie wniosek/pozew dotyczący przedmiotowej sprawy, jednak pomimo upływu ustawowego terminu nie podjęto dalszych czynności procesowych. Z uwagi na konieczność zabezpieczenia moich interesów oraz przyspieszenie postępowania, uprzejmie proszę o ponaglenie.</w:t>
      </w:r>
    </w:p>
    <w:p/>
    <w:p/>
    <w:p>
      <w:pPr>
        <w:jc w:val="center"/>
      </w:pPr>
      <w:r>
        <w:rPr>
          <w:b w:val="0"/>
          <w:sz w:val="20"/>
        </w:rPr>
        <w:t>.......................................................</w:t>
      </w:r>
    </w:p>
    <w:p>
      <w:pPr>
        <w:jc w:val="center"/>
      </w:pPr>
      <w:r>
        <w:rPr>
          <w:b w:val="0"/>
          <w:sz w:val="20"/>
        </w:rPr>
        <w:t>Podpis Wnioskodawcy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b/>
                <w:sz w:val="20"/>
              </w:rPr>
              <w:t>Załączniki: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b w:val="0"/>
                <w:sz w:val="20"/>
              </w:rPr>
              <w:t>1. ________________________________________________________________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b w:val="0"/>
                <w:sz w:val="20"/>
              </w:rPr>
              <w:t>2. ________________________________________________________________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b w:val="0"/>
                <w:sz w:val="20"/>
              </w:rPr>
              <w:t>3. ________________________________________________________________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https://wniosek-gotowy.com/wniosek-ponaglenie-wzor/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ponaglenie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