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WNIOSEK O ZNIESIENIE SEPARACJI</w:t>
      </w:r>
    </w:p>
    <w:p/>
    <w:p/>
    <w:p>
      <w:r>
        <w:rPr>
          <w:b/>
          <w:sz w:val="20"/>
        </w:rPr>
        <w:t>Dane Wnioskodawcy:</w:t>
      </w:r>
    </w:p>
    <w:p>
      <w:r>
        <w:rPr>
          <w:b w:val="0"/>
          <w:sz w:val="20"/>
        </w:rPr>
        <w:t>Imię i nazwisko: _________________________________________________________</w:t>
      </w:r>
    </w:p>
    <w:p>
      <w:r>
        <w:rPr>
          <w:b w:val="0"/>
          <w:sz w:val="20"/>
        </w:rPr>
        <w:t>PESEL: _________________________________________________________________</w:t>
      </w:r>
    </w:p>
    <w:p>
      <w:r>
        <w:rPr>
          <w:b w:val="0"/>
          <w:sz w:val="20"/>
        </w:rPr>
        <w:t>Adres zamieszkania: _____________________________________________________</w:t>
      </w:r>
    </w:p>
    <w:p/>
    <w:p>
      <w:r>
        <w:rPr>
          <w:b/>
          <w:sz w:val="20"/>
        </w:rPr>
        <w:t>Dane drugiej strony:</w:t>
      </w:r>
    </w:p>
    <w:p>
      <w:r>
        <w:rPr>
          <w:b w:val="0"/>
          <w:sz w:val="20"/>
        </w:rPr>
        <w:t>Imię i nazwisko: _________________________________________________________</w:t>
      </w:r>
    </w:p>
    <w:p>
      <w:r>
        <w:rPr>
          <w:b w:val="0"/>
          <w:sz w:val="20"/>
        </w:rPr>
        <w:t>PESEL: _________________________________________________________________</w:t>
      </w:r>
    </w:p>
    <w:p>
      <w:r>
        <w:rPr>
          <w:b w:val="0"/>
          <w:sz w:val="20"/>
        </w:rPr>
        <w:t>Adres zamieszkania: _____________________________________________________</w:t>
      </w:r>
    </w:p>
    <w:p/>
    <w:p>
      <w:r>
        <w:rPr>
          <w:b/>
          <w:sz w:val="20"/>
        </w:rPr>
        <w:t>Sąd Rejonowy w: _________________________________________________________</w:t>
      </w:r>
    </w:p>
    <w:p/>
    <w:p/>
    <w:p>
      <w:r>
        <w:rPr>
          <w:b w:val="0"/>
          <w:sz w:val="20"/>
        </w:rPr>
        <w:t>Wnoszę o zniesienie separacji orzeczonej wyrokiem Sądu Rejonowego z dnia ________________ w sprawie o sygnaturze akt: ____________________________.</w:t>
      </w:r>
    </w:p>
    <w:p/>
    <w:p>
      <w:r>
        <w:rPr>
          <w:b/>
          <w:sz w:val="20"/>
        </w:rPr>
        <w:t>UZASADNIENIE:</w:t>
      </w:r>
    </w:p>
    <w:p>
      <w:r>
        <w:rPr>
          <w:b w:val="0"/>
          <w:sz w:val="20"/>
        </w:rPr>
        <w:t>Separacja została orzeczona na podstawie art. 611 § 1 Kodeksu rodzinnego i opiekuńczego. Wnoszę o jej zniesienie z uwagi na zmianę okoliczności, które legły u podstaw orzeczenia separacji. Strony podjęły próbę pojednania i chcą kontynuować wspólne życie małżeńskie. Ponadto, sytuacja rodzinna i faktyczne relacje między małżonkami uległy poprawie.</w:t>
      </w:r>
    </w:p>
    <w:p/>
    <w:p>
      <w:r>
        <w:rPr>
          <w:b w:val="0"/>
          <w:sz w:val="20"/>
        </w:rPr>
        <w:t>W związku z powyższym, uprzejmie proszę o rozpoznanie niniejszego wniosku i wydanie orzeczenia znoszącego separację.</w:t>
      </w:r>
    </w:p>
    <w:p/>
    <w:p/>
    <w:p/>
    <w:p>
      <w:r>
        <w:rPr>
          <w:b w:val="0"/>
          <w:sz w:val="20"/>
        </w:rPr>
        <w:t>Miejscowość: _______________________</w:t>
      </w:r>
    </w:p>
    <w:p>
      <w:r>
        <w:rPr>
          <w:b w:val="0"/>
          <w:sz w:val="20"/>
        </w:rPr>
        <w:t>Podpis wnioskodawcy: 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Wnioskodawca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Druga strona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https://wniosek-gotowy.com/wniosek-o-zniesienie-separacji-wzor/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https://wniosek-gotowy.com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wniosek-gotowy.com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niosek-gotowy.com/wniosek-o-zniesienie-separacji-wzor/" TargetMode="External"/><Relationship Id="rId10" Type="http://schemas.openxmlformats.org/officeDocument/2006/relationships/hyperlink" Target="https://wniosek-gotow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