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ZMIANĘ ZARZĄDCY NIERUCHOMOŚCI</w:t>
      </w:r>
    </w:p>
    <w:p/>
    <w:p/>
    <w:p>
      <w:r>
        <w:rPr>
          <w:b/>
          <w:sz w:val="20"/>
        </w:rPr>
        <w:t>Dane Wnioskodawcy:</w:t>
      </w:r>
    </w:p>
    <w:p>
      <w:r>
        <w:rPr>
          <w:b w:val="0"/>
          <w:sz w:val="20"/>
        </w:rPr>
        <w:t>Imię i nazwisko / Nazwa: ________________________________________________</w:t>
      </w:r>
    </w:p>
    <w:p>
      <w:r>
        <w:rPr>
          <w:b w:val="0"/>
          <w:sz w:val="20"/>
        </w:rPr>
        <w:t>Adres zamieszkania / siedziby: __________________________________________</w:t>
      </w:r>
    </w:p>
    <w:p>
      <w:r>
        <w:rPr>
          <w:b w:val="0"/>
          <w:sz w:val="20"/>
        </w:rPr>
        <w:t>PESEL / NIP: ____________________________________________________________</w:t>
      </w:r>
    </w:p>
    <w:p>
      <w:r>
        <w:rPr>
          <w:b w:val="0"/>
          <w:sz w:val="20"/>
        </w:rPr>
        <w:t>Telefon kontaktowy: _____________________________________________________</w:t>
      </w:r>
    </w:p>
    <w:p/>
    <w:p>
      <w:r>
        <w:rPr>
          <w:b/>
          <w:sz w:val="20"/>
        </w:rPr>
        <w:t>Dane nieruchomości:</w:t>
      </w:r>
    </w:p>
    <w:p>
      <w:r>
        <w:rPr>
          <w:b w:val="0"/>
          <w:sz w:val="20"/>
        </w:rPr>
        <w:t>Adres nieruchomości: ____________________________________________________</w:t>
      </w:r>
    </w:p>
    <w:p>
      <w:r>
        <w:rPr>
          <w:b w:val="0"/>
          <w:sz w:val="20"/>
        </w:rPr>
        <w:t>Numer księgi wieczystej (jeśli dotyczy): _________________________________</w:t>
      </w:r>
    </w:p>
    <w:p/>
    <w:p>
      <w:r>
        <w:rPr>
          <w:b/>
          <w:sz w:val="20"/>
        </w:rPr>
        <w:t>Obecny zarządca nieruchomości:</w:t>
      </w:r>
    </w:p>
    <w:p>
      <w:r>
        <w:rPr>
          <w:b w:val="0"/>
          <w:sz w:val="20"/>
        </w:rPr>
        <w:t>Nazwa / Imię i nazwisko: ________________________________________________</w:t>
      </w:r>
    </w:p>
    <w:p>
      <w:r>
        <w:rPr>
          <w:b w:val="0"/>
          <w:sz w:val="20"/>
        </w:rPr>
        <w:t>Adres siedziby / zamieszkania: __________________________________________</w:t>
      </w:r>
    </w:p>
    <w:p>
      <w:r>
        <w:rPr>
          <w:b w:val="0"/>
          <w:sz w:val="20"/>
        </w:rPr>
        <w:t>Telefon kontaktowy: _____________________________________________________</w:t>
      </w:r>
    </w:p>
    <w:p/>
    <w:p>
      <w:r>
        <w:rPr>
          <w:b/>
          <w:sz w:val="20"/>
        </w:rPr>
        <w:t>Nowy zarządca nieruchomości:</w:t>
      </w:r>
    </w:p>
    <w:p>
      <w:r>
        <w:rPr>
          <w:b w:val="0"/>
          <w:sz w:val="20"/>
        </w:rPr>
        <w:t>Nazwa / Imię i nazwisko: ________________________________________________</w:t>
      </w:r>
    </w:p>
    <w:p>
      <w:r>
        <w:rPr>
          <w:b w:val="0"/>
          <w:sz w:val="20"/>
        </w:rPr>
        <w:t>Adres siedziby / zamieszkania: __________________________________________</w:t>
      </w:r>
    </w:p>
    <w:p>
      <w:r>
        <w:rPr>
          <w:b w:val="0"/>
          <w:sz w:val="20"/>
        </w:rPr>
        <w:t>Telefon kontaktowy: _____________________________________________________</w:t>
      </w:r>
    </w:p>
    <w:p/>
    <w:p>
      <w:r>
        <w:rPr>
          <w:b/>
          <w:sz w:val="20"/>
        </w:rPr>
        <w:t>Uzasadnienie wniosku:</w:t>
      </w:r>
    </w:p>
    <w:p>
      <w:r>
        <w:rPr>
          <w:b w:val="0"/>
          <w:sz w:val="20"/>
        </w:rPr>
        <w:t>Na podstawie art. 22 ustawy z dnia 21 czerwca 2001 r. o gospodarce nieruchomościami (Dz.U. z 2023 r. poz. 550 z późn. zm.), wnoszę o dokonanie zmiany zarządcy nieruchomości wskazanej powyżej na nowego zarządcę zgodnie z podanymi danymi. Proszę o dokonanie wszelkich niezbędnych formalności związanych z tą zmianą.</w:t>
      </w:r>
    </w:p>
    <w:p/>
    <w:p>
      <w:r>
        <w:rPr>
          <w:b/>
          <w:sz w:val="20"/>
        </w:rPr>
        <w:t>Oświadczenia:</w:t>
      </w:r>
    </w:p>
    <w:p>
      <w:r>
        <w:rPr>
          <w:b w:val="0"/>
          <w:sz w:val="20"/>
        </w:rPr>
        <w:t>1. Oświadczam, że dane zawarte we wniosku są zgodne z prawdą.</w:t>
        <w:br/>
        <w:t>2. Wyrażam zgodę na przetwarzanie moich danych osobowych w zakresie niezbędnym do rozpatrzenia niniejszego wniosku.</w:t>
        <w:br/>
        <w:t>3. Zobowiązuję się do współpracy z nowym zarządcą oraz do przekazania mu wszystkich niezbędnych dokumentów.</w:t>
      </w:r>
    </w:p>
    <w:p/>
    <w:p>
      <w:r>
        <w:rPr>
          <w:b w:val="0"/>
          <w:sz w:val="20"/>
        </w:rPr>
        <w:t>Miejsce, data: ____________________________________________________________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Podpis Wnioskodawcy: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_______________________________</w:t>
            </w:r>
          </w:p>
        </w:tc>
      </w:tr>
    </w:tbl>
    <w:p/>
    <w:p/>
    <w:p>
      <w:r>
        <w:rPr>
          <w:b/>
          <w:sz w:val="20"/>
        </w:rPr>
        <w:t>Załączniki:</w:t>
      </w:r>
    </w:p>
    <w:p>
      <w:r>
        <w:rPr>
          <w:b w:val="0"/>
          <w:sz w:val="20"/>
        </w:rPr>
        <w:t>1. Dokument potwierdzający tożsamość Wnioskodawcy</w:t>
      </w:r>
    </w:p>
    <w:p>
      <w:r>
        <w:rPr>
          <w:b w:val="0"/>
          <w:sz w:val="20"/>
        </w:rPr>
        <w:t>2. Pełnomocnictwo (jeśli wniosek składany jest przez pełnomocnika)</w:t>
      </w:r>
    </w:p>
    <w:p>
      <w:r>
        <w:rPr>
          <w:b w:val="0"/>
          <w:sz w:val="20"/>
        </w:rPr>
        <w:t>3. Inne dokumenty potwierdzające uprawnienia do złożenia wniosku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https://wniosek-gotowy.com/wniosek-o-zmiane-zarzadcy-nieruchomosci-wzor/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https://wniosek-gotowy.com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wniosek-gotowy.com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gotowy.com/wniosek-o-zmiane-zarzadcy-nieruchomosci-wzor/" TargetMode="External"/><Relationship Id="rId10" Type="http://schemas.openxmlformats.org/officeDocument/2006/relationships/hyperlink" Target="https://wniosek-gotow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