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WNIOSEK O ZASIŁEK CELOWY</w:t>
      </w:r>
    </w:p>
    <w:p/>
    <w:p/>
    <w:p>
      <w:r>
        <w:rPr>
          <w:b/>
          <w:sz w:val="22"/>
        </w:rPr>
        <w:t>Dane wnioskodawcy:</w:t>
      </w:r>
    </w:p>
    <w:p>
      <w:r>
        <w:rPr>
          <w:b w:val="0"/>
          <w:sz w:val="22"/>
        </w:rPr>
        <w:t>Imię i nazwisko: ____________________________________________________________</w:t>
      </w:r>
    </w:p>
    <w:p>
      <w:r>
        <w:rPr>
          <w:b w:val="0"/>
          <w:sz w:val="22"/>
        </w:rPr>
        <w:t>PESEL: ______________________________________________________________________</w:t>
      </w:r>
    </w:p>
    <w:p>
      <w:r>
        <w:rPr>
          <w:b w:val="0"/>
          <w:sz w:val="22"/>
        </w:rPr>
        <w:t>Adres zamieszkania: _________________________________________________________</w:t>
      </w:r>
    </w:p>
    <w:p>
      <w:r>
        <w:rPr>
          <w:b w:val="0"/>
          <w:sz w:val="22"/>
        </w:rPr>
        <w:t>Telefon kontaktowy: __________________________________________________________</w:t>
      </w:r>
    </w:p>
    <w:p>
      <w:r>
        <w:rPr>
          <w:b w:val="0"/>
          <w:sz w:val="22"/>
        </w:rPr>
        <w:t>Adres e-mail: ________________________________________________________________</w:t>
      </w:r>
    </w:p>
    <w:p/>
    <w:p>
      <w:r>
        <w:rPr>
          <w:b/>
          <w:sz w:val="22"/>
        </w:rPr>
        <w:t>Podstawa prawna:</w:t>
      </w:r>
    </w:p>
    <w:p>
      <w:r>
        <w:rPr>
          <w:b w:val="0"/>
          <w:sz w:val="22"/>
        </w:rPr>
        <w:t>Na podstawie art. 47 ustawy z dnia 12 marca 2004 r. o pomocy społecznej (Dz. U. z 2023 r. poz. 1234 ze zm.) składam wniosek o przyznanie zasiłku celowego.</w:t>
      </w:r>
    </w:p>
    <w:p/>
    <w:p>
      <w:r>
        <w:rPr>
          <w:b/>
          <w:sz w:val="22"/>
        </w:rPr>
        <w:t>Cel zasiłku:</w:t>
      </w:r>
    </w:p>
    <w:p>
      <w:r>
        <w:rPr>
          <w:b w:val="0"/>
          <w:sz w:val="22"/>
        </w:rPr>
        <w:t>Proszę o przyznanie zasiłku celowego na następujący cel: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>
      <w:r>
        <w:rPr>
          <w:b/>
          <w:sz w:val="22"/>
        </w:rPr>
        <w:t>Uzasadnienie wniosku:</w:t>
      </w:r>
    </w:p>
    <w:p>
      <w:r>
        <w:rPr>
          <w:b w:val="0"/>
          <w:sz w:val="22"/>
        </w:rPr>
        <w:t>Uzasadniam wniosek następującymi okolicznościami: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>
      <w:r>
        <w:rPr>
          <w:b/>
          <w:sz w:val="22"/>
        </w:rPr>
        <w:t>Informacje o dochodach:</w:t>
      </w:r>
    </w:p>
    <w:p>
      <w:r>
        <w:rPr>
          <w:b w:val="0"/>
          <w:sz w:val="22"/>
        </w:rPr>
        <w:t>Łączny dochód netto na osobę w rodzinie wynosi: _________________________________</w:t>
      </w:r>
    </w:p>
    <w:p>
      <w:r>
        <w:rPr>
          <w:b w:val="0"/>
          <w:sz w:val="22"/>
        </w:rPr>
        <w:t>(należy dołączyć dokumenty potwierdzające dochód)</w:t>
      </w:r>
    </w:p>
    <w:p/>
    <w:p>
      <w:r>
        <w:rPr>
          <w:b/>
          <w:sz w:val="22"/>
        </w:rPr>
        <w:t>Oświadczam, że:</w:t>
      </w:r>
    </w:p>
    <w:p>
      <w:r>
        <w:rPr>
          <w:b w:val="0"/>
          <w:sz w:val="22"/>
        </w:rPr>
        <w:t>1. Podane przeze mnie informacje są prawdziwe.</w:t>
      </w:r>
    </w:p>
    <w:p>
      <w:r>
        <w:rPr>
          <w:b w:val="0"/>
          <w:sz w:val="22"/>
        </w:rPr>
        <w:t>2. Zobowiązuję się do przedstawienia dokumentów potwierdzających celowość wydatkowania zasiłku.</w:t>
      </w:r>
    </w:p>
    <w:p>
      <w:r>
        <w:rPr>
          <w:b w:val="0"/>
          <w:sz w:val="22"/>
        </w:rPr>
        <w:t>3. Zostałem poinformowany/a o odpowiedzialności karnej za składanie fałszywych oświadczeń.</w:t>
      </w:r>
    </w:p>
    <w:p/>
    <w:p>
      <w:r>
        <w:rPr>
          <w:b w:val="0"/>
          <w:sz w:val="22"/>
        </w:rPr>
        <w:t>Miejsce, data: ________________________________________________________________</w:t>
      </w:r>
    </w:p>
    <w:p/>
    <w:p/>
    <w:p>
      <w:r>
        <w:rPr>
          <w:b w:val="0"/>
          <w:sz w:val="22"/>
        </w:rPr>
        <w:t>Podpis wnioskodawcy: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Pracownik socjalny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Pieczęć urzędowa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https://wniosek-gotowy.com/wniosek-o-zasilek-celowy-wzor/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wniosek-o-zasilek-celowy-wzor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