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ZAMONTOWANIE DOMOFONU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>
      <w:r>
        <w:rPr>
          <w:b w:val="0"/>
          <w:sz w:val="20"/>
        </w:rPr>
        <w:t>Telefon kontaktowy: _____________________________________________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>
      <w:r>
        <w:rPr>
          <w:b/>
          <w:sz w:val="20"/>
        </w:rPr>
        <w:t>Dane nieruchomości:</w:t>
      </w:r>
    </w:p>
    <w:p>
      <w:r>
        <w:rPr>
          <w:b w:val="0"/>
          <w:sz w:val="20"/>
        </w:rPr>
        <w:t>Adres nieruchomości: ___________________________________________</w:t>
      </w:r>
    </w:p>
    <w:p>
      <w:r>
        <w:rPr>
          <w:b w:val="0"/>
          <w:sz w:val="20"/>
        </w:rPr>
        <w:t>Numer lokalu/mieszkania: _______________________________________</w:t>
      </w:r>
    </w:p>
    <w:p>
      <w:r>
        <w:rPr>
          <w:b w:val="0"/>
          <w:sz w:val="20"/>
        </w:rPr>
        <w:t>Wspólnota mieszkaniowa / Zarządca: _____________________________</w:t>
      </w:r>
    </w:p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Niniejszym zwracam się z uprzejmą prośbą o wyrażenie zgody na zamontowanie domofonu w lokalu wskazanym powyżej. Wnoszę o umożliwienie instalacji urządzenia, które pozwoli na podniesienie bezpieczeństwa i komfortu mieszkańców.</w:t>
      </w:r>
    </w:p>
    <w:p/>
    <w:p>
      <w:r>
        <w:rPr>
          <w:b w:val="0"/>
          <w:sz w:val="20"/>
        </w:rPr>
        <w:t>Zobowiązuję się do wykonania montażu domofonu zgodnie z obowiązującymi przepisami oraz standardami technicznymi, a także ponoszę wszelkie koszty z tym związane.</w:t>
      </w:r>
    </w:p>
    <w:p/>
    <w:p>
      <w:r>
        <w:rPr>
          <w:b w:val="0"/>
          <w:sz w:val="20"/>
        </w:rPr>
        <w:t>Proszę również o poinformowanie mnie o ewentualnych warunkach, zasadach lub wymaganiach dotyczących instalacji domofonu.</w:t>
      </w:r>
    </w:p>
    <w:p/>
    <w:p/>
    <w:p>
      <w:r>
        <w:rPr>
          <w:b w:val="0"/>
          <w:sz w:val="20"/>
        </w:rPr>
        <w:t>Miejsce: 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https://wniosek-gotowy.com/wniosek-o-zamontowanie-domofonu-wzor/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zamontowanie-domofonu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