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ZABEZPIECZENIE POTRZEB RODZINY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______________________________________________________________</w:t>
      </w:r>
    </w:p>
    <w:p/>
    <w:p>
      <w:r>
        <w:rPr>
          <w:b/>
          <w:sz w:val="20"/>
        </w:rPr>
        <w:t>Dane członków rodziny pozostających we wspólnym gospodarstwie domowym:</w:t>
      </w:r>
    </w:p>
    <w:p>
      <w:r>
        <w:rPr>
          <w:b w:val="0"/>
          <w:sz w:val="20"/>
        </w:rPr>
        <w:t>Imię i nazwisko: ________________________________________________________________</w:t>
      </w:r>
    </w:p>
    <w:p>
      <w:r>
        <w:rPr>
          <w:b w:val="0"/>
          <w:sz w:val="20"/>
        </w:rPr>
        <w:t>Stopień pokrewieństwa: _________________________________________________________</w:t>
      </w:r>
    </w:p>
    <w:p>
      <w:r>
        <w:rPr>
          <w:b w:val="0"/>
          <w:sz w:val="20"/>
        </w:rPr>
        <w:t>Wiek: ___________________________________________________________________________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72 ustawy z dnia 12 marca 2004 r. o pomocy społecznej (Dz. U. z 2023 r. poz. 1234 z późn. zm.) składam wniosek o zabezpieczenie potrzeb rodziny.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>
      <w:r>
        <w:rPr>
          <w:b/>
          <w:sz w:val="20"/>
        </w:rPr>
        <w:t>Wnioskowane formy zabezpieczenia:</w:t>
      </w:r>
    </w:p>
    <w:p>
      <w:r>
        <w:rPr>
          <w:b w:val="0"/>
          <w:sz w:val="20"/>
        </w:rPr>
        <w:t>☐ Przyznanie świadczeń pieniężnych na pokrycie kosztów utrzymania</w:t>
      </w:r>
    </w:p>
    <w:p>
      <w:r>
        <w:rPr>
          <w:b w:val="0"/>
          <w:sz w:val="20"/>
        </w:rPr>
        <w:t>☐ Przyznanie pomocy rzeczowej (np. żywność, odzież)</w:t>
      </w:r>
    </w:p>
    <w:p>
      <w:r>
        <w:rPr>
          <w:b w:val="0"/>
          <w:sz w:val="20"/>
        </w:rPr>
        <w:t>☐ Inne: ________________________________________________________________________</w:t>
      </w:r>
    </w:p>
    <w:p/>
    <w:p>
      <w:r>
        <w:rPr>
          <w:b/>
          <w:sz w:val="20"/>
        </w:rPr>
        <w:t>Oświadczenie:</w:t>
      </w:r>
    </w:p>
    <w:p>
      <w:r>
        <w:rPr>
          <w:b w:val="0"/>
          <w:sz w:val="20"/>
        </w:rPr>
        <w:t>Oświadczam, że powyższe dane są zgodne z prawdą i jestem świadomy/a odpowiedzialności karnej za składanie fałszywych oświadczeń.</w:t>
      </w:r>
    </w:p>
    <w:p/>
    <w:p/>
    <w:p>
      <w:r>
        <w:rPr>
          <w:b w:val="0"/>
          <w:sz w:val="20"/>
        </w:rPr>
        <w:t>Miejsce: ______________________________________________________    Data: ______________</w:t>
      </w:r>
    </w:p>
    <w:p/>
    <w:p/>
    <w:p>
      <w:r>
        <w:rPr>
          <w:b w:val="0"/>
          <w:sz w:val="20"/>
        </w:rPr>
        <w:t>Podpis Wnioskodawcy: _____________________________________________________________</w:t>
      </w:r>
    </w:p>
    <w:p/>
    <w:p/>
    <w:p/>
    <w:p>
      <w:r>
        <w:rPr>
          <w:b/>
          <w:sz w:val="20"/>
        </w:rPr>
        <w:t>Potwierdzenie przyjęcia wniosku przez pracownika socjalnego:</w:t>
      </w:r>
    </w:p>
    <w:p>
      <w:r>
        <w:rPr>
          <w:b w:val="0"/>
          <w:sz w:val="20"/>
        </w:rPr>
        <w:t>Imię i nazwisko: _________________________________________________________________</w:t>
      </w:r>
    </w:p>
    <w:p>
      <w:r>
        <w:rPr>
          <w:b w:val="0"/>
          <w:sz w:val="20"/>
        </w:rPr>
        <w:t>Data przyjęcia: _________________________________________________________________</w:t>
      </w:r>
    </w:p>
    <w:p>
      <w:r>
        <w:rPr>
          <w:b w:val="0"/>
          <w:sz w:val="20"/>
        </w:rPr>
        <w:t>Podpis: 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 SOCJALNY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https://wniosek-gotowy.com/wniosek-o-zabezpieczenie-potrzeb-rodziny-wzor/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zabezpieczenie-potrzeb-rodziny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