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wznowienie granic działki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podmiotu: ____________________________________________</w:t>
      </w:r>
    </w:p>
    <w:p>
      <w:r>
        <w:rPr>
          <w:b w:val="0"/>
          <w:sz w:val="20"/>
        </w:rPr>
        <w:t>Adres zamieszkania / Siedziba: 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Numer działki: ____________________________</w:t>
      </w:r>
    </w:p>
    <w:p>
      <w:r>
        <w:rPr>
          <w:b w:val="0"/>
          <w:sz w:val="20"/>
        </w:rPr>
        <w:t>Obręb ewidencyjny: __________________________</w:t>
      </w:r>
    </w:p>
    <w:p>
      <w:r>
        <w:rPr>
          <w:b w:val="0"/>
          <w:sz w:val="20"/>
        </w:rPr>
        <w:t>Adres działki: _______________________________________________________________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33 ustawy z dnia 17 maja 1989 r. - Prawo geodezyjne i kartograficzne (Dz.U. z 2023 r. poz. 1206 ze zm.) składam wniosek o wznowienie granic działki ewidencyjnej.</w:t>
      </w:r>
    </w:p>
    <w:p/>
    <w:p>
      <w:r>
        <w:rPr>
          <w:b/>
          <w:sz w:val="20"/>
        </w:rPr>
        <w:t>Cel wniosku:</w:t>
      </w:r>
    </w:p>
    <w:p>
      <w:r>
        <w:rPr>
          <w:b w:val="0"/>
          <w:sz w:val="20"/>
        </w:rPr>
        <w:t>Wznowienie granic działki ewidencyjnej wskazanej powyżej z uwagi na: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Mapa sytuacyjno-wysokościowa w skali __________________________</w:t>
      </w:r>
    </w:p>
    <w:p>
      <w:r>
        <w:rPr>
          <w:b w:val="0"/>
          <w:sz w:val="20"/>
        </w:rPr>
        <w:t>2. Dokument potwierdzający prawo do dysponowania nieruchomością na cele geodezyjne</w:t>
      </w:r>
    </w:p>
    <w:p>
      <w:r>
        <w:rPr>
          <w:b w:val="0"/>
          <w:sz w:val="20"/>
        </w:rPr>
        <w:t>3. Inne dokumenty: ___________________________________________________________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dane zawarte we wniosku są zgodne z prawdą.</w:t>
      </w:r>
    </w:p>
    <w:p>
      <w:r>
        <w:rPr>
          <w:b w:val="0"/>
          <w:sz w:val="20"/>
        </w:rPr>
        <w:t>2. Zobowiązuję się do udostępnienia nieruchomości w celu wykonania czynności geodezyjnych.</w:t>
      </w:r>
    </w:p>
    <w:p>
      <w:r>
        <w:rPr>
          <w:b w:val="0"/>
          <w:sz w:val="20"/>
        </w:rPr>
        <w:t>3. Oświadczam, że nieruchomość nie jest obciążona prawami osób trzecich uniemożliwiającymi wykonanie wznowienia granic.</w:t>
      </w:r>
    </w:p>
    <w:p/>
    <w:p>
      <w:r>
        <w:rPr>
          <w:b w:val="0"/>
          <w:sz w:val="20"/>
        </w:rPr>
        <w:t>Miejsce, data: ________________________________________________________________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 (urzędnik)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Wykonał czynności (geodeta)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https://wniosek-gotowy.com/wniosek-o-wznowienie-granic-dzialki-wzor/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znowienie-granic-dzialki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