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WYRÓWNANIE DODATKU STAŻOWEGO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Stanowisko / Funkcja: ____________________________________________</w:t>
      </w:r>
    </w:p>
    <w:p>
      <w:r>
        <w:rPr>
          <w:b w:val="0"/>
          <w:sz w:val="20"/>
        </w:rPr>
        <w:t>Miejsce pracy: 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Dyrektora / Kierownika _________________________________</w:t>
      </w:r>
    </w:p>
    <w:p>
      <w:r>
        <w:rPr>
          <w:b w:val="0"/>
          <w:sz w:val="20"/>
        </w:rPr>
        <w:t>Zakład pracy / jednostka organizacyjna: __________________________</w:t>
      </w:r>
    </w:p>
    <w:p/>
    <w:p/>
    <w:p>
      <w:r>
        <w:rPr>
          <w:b w:val="0"/>
          <w:sz w:val="20"/>
        </w:rPr>
        <w:t>Wnoszę o wyrównanie dodatku stażowego za okres zatrudnienia, zgodnie z obowiązującymi przepisami prawa pracy oraz Regulaminem wynagradzania obowiązującym w zakładzie pracy.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 związku z dotychczasowym okresem zatrudnienia wynoszącym __________ lat i miesięcy, wnoszę o dokonanie wyrównania dodatku stażowego za okres od _______________ do _______________. Do wniosku załączam dokumenty potwierdzające okres zatrudnienia oraz inne niezbędne zaświadczenia.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1. Kodeks pracy (Dz.U. z 1974 r. Nr 24, poz. 141 z późn. zm.)</w:t>
        <w:br/>
        <w:t>2. Regulamin wynagradzania obowiązujący w zakładzie pracy</w:t>
        <w:br/>
        <w:t>3. Inne wewnętrzne przepisy dotyczące dodatków stażowych</w:t>
      </w:r>
    </w:p>
    <w:p/>
    <w:p>
      <w:r>
        <w:rPr>
          <w:b w:val="0"/>
          <w:sz w:val="20"/>
        </w:rPr>
        <w:t>Oświadczam, że podane przeze mnie informacje są zgodne z prawdą.</w:t>
      </w:r>
    </w:p>
    <w:p/>
    <w:p/>
    <w:p>
      <w:r>
        <w:rPr>
          <w:b w:val="0"/>
          <w:sz w:val="20"/>
        </w:rPr>
        <w:t>Miejsce: ___________________________</w:t>
      </w:r>
    </w:p>
    <w:p>
      <w:r>
        <w:rPr>
          <w:b w:val="0"/>
          <w:sz w:val="20"/>
        </w:rPr>
        <w:t>Data: ______________________________</w:t>
      </w:r>
    </w:p>
    <w:p/>
    <w:p/>
    <w:p>
      <w:r>
        <w:rPr>
          <w:b w:val="0"/>
          <w:sz w:val="20"/>
        </w:rPr>
        <w:t>Podpis Wnioskodawcy: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Decyzja Przełożonego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Decyzja Działu Kadr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Uwagi: 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Uwagi: 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https://wniosek-gotowy.com/wniosek-o-wyrownanie-dodatku-stazowego/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rownanie-dodatku-stazowego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