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WYPŁATĘ WYNAGRODZENIA PO ŚMIERCI PRACOWNIKA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nazwisko: ________________________________________________</w:t>
      </w:r>
    </w:p>
    <w:p>
      <w:r>
        <w:rPr>
          <w:b w:val="0"/>
          <w:sz w:val="20"/>
        </w:rPr>
        <w:t>PESEL: __________________________________________________________</w:t>
      </w:r>
    </w:p>
    <w:p>
      <w:r>
        <w:rPr>
          <w:b w:val="0"/>
          <w:sz w:val="20"/>
        </w:rPr>
        <w:t>Adres zamieszkania: ______________________________________________</w:t>
      </w:r>
    </w:p>
    <w:p>
      <w:r>
        <w:rPr>
          <w:b w:val="0"/>
          <w:sz w:val="20"/>
        </w:rPr>
        <w:t>Telefon: _________________________________________________________</w:t>
      </w:r>
    </w:p>
    <w:p>
      <w:r>
        <w:rPr>
          <w:b w:val="0"/>
          <w:sz w:val="20"/>
        </w:rPr>
        <w:t>E-mail: __________________________________________________________</w:t>
      </w:r>
    </w:p>
    <w:p/>
    <w:p>
      <w:r>
        <w:rPr>
          <w:b/>
          <w:sz w:val="20"/>
        </w:rPr>
        <w:t>Dane Zmarłego Pracownika:</w:t>
      </w:r>
    </w:p>
    <w:p>
      <w:r>
        <w:rPr>
          <w:b w:val="0"/>
          <w:sz w:val="20"/>
        </w:rPr>
        <w:t>Imię i nazwisko: ________________________________________________</w:t>
      </w:r>
    </w:p>
    <w:p>
      <w:r>
        <w:rPr>
          <w:b w:val="0"/>
          <w:sz w:val="20"/>
        </w:rPr>
        <w:t>PESEL: __________________________________________________________</w:t>
      </w:r>
    </w:p>
    <w:p>
      <w:r>
        <w:rPr>
          <w:b w:val="0"/>
          <w:sz w:val="20"/>
        </w:rPr>
        <w:t>Stanowisko pracy: ________________________________________________</w:t>
      </w:r>
    </w:p>
    <w:p>
      <w:r>
        <w:rPr>
          <w:b w:val="0"/>
          <w:sz w:val="20"/>
        </w:rPr>
        <w:t>Data zatrudnienia: _______________________________________________</w:t>
      </w:r>
    </w:p>
    <w:p>
      <w:r>
        <w:rPr>
          <w:b w:val="0"/>
          <w:sz w:val="20"/>
        </w:rPr>
        <w:t>Data śmierci: _________________________________________________</w:t>
      </w:r>
    </w:p>
    <w:p/>
    <w:p>
      <w:r>
        <w:rPr>
          <w:b/>
          <w:sz w:val="20"/>
        </w:rPr>
        <w:t>Na podstawie art. 92 § 1 Kodeksu pracy, wnoszę o wypłatę wynagrodzenia należnego po śmierci pracownika:</w:t>
      </w:r>
    </w:p>
    <w:p>
      <w:r>
        <w:rPr>
          <w:b w:val="0"/>
          <w:sz w:val="20"/>
        </w:rPr>
        <w:t>.......................................................................................................</w:t>
      </w:r>
    </w:p>
    <w:p>
      <w:r>
        <w:rPr>
          <w:b w:val="0"/>
          <w:sz w:val="20"/>
        </w:rPr>
        <w:t>.......................................................................................................</w:t>
      </w:r>
    </w:p>
    <w:p/>
    <w:p>
      <w:r>
        <w:rPr>
          <w:b/>
          <w:sz w:val="20"/>
        </w:rPr>
        <w:t>Szczegóły dotyczące wynagrodzenia:</w:t>
      </w:r>
    </w:p>
    <w:p>
      <w:r>
        <w:rPr>
          <w:b w:val="0"/>
          <w:sz w:val="20"/>
        </w:rPr>
        <w:t>Okres, za który przysługuje wynagrodzenie: ______________________________</w:t>
      </w:r>
    </w:p>
    <w:p>
      <w:r>
        <w:rPr>
          <w:b w:val="0"/>
          <w:sz w:val="20"/>
        </w:rPr>
        <w:t>Kwota wynagrodzenia: __________________________________________________</w:t>
      </w:r>
    </w:p>
    <w:p>
      <w:r>
        <w:rPr>
          <w:b w:val="0"/>
          <w:sz w:val="20"/>
        </w:rPr>
        <w:t>Inne należności (np. ekwiwalent za urlop): _______________________________</w:t>
      </w:r>
    </w:p>
    <w:p/>
    <w:p>
      <w:r>
        <w:rPr>
          <w:b w:val="0"/>
          <w:sz w:val="20"/>
        </w:rPr>
        <w:t>Oświadczam, że jestem uprawniony/a do otrzymania wypłaty zgodnie z obowiązującymi przepisami.</w:t>
      </w:r>
    </w:p>
    <w:p/>
    <w:p>
      <w:r>
        <w:rPr>
          <w:b/>
          <w:sz w:val="20"/>
        </w:rPr>
        <w:t>Załączniki:</w:t>
      </w:r>
    </w:p>
    <w:p>
      <w:r>
        <w:rPr>
          <w:b w:val="0"/>
          <w:sz w:val="20"/>
        </w:rPr>
        <w:t>1. Akt zgonu pracownika</w:t>
      </w:r>
    </w:p>
    <w:p>
      <w:r>
        <w:rPr>
          <w:b w:val="0"/>
          <w:sz w:val="20"/>
        </w:rPr>
        <w:t>2. Dokument potwierdzający pokrewieństwo lub uprawnienia do dziedziczenia</w:t>
      </w:r>
    </w:p>
    <w:p>
      <w:r>
        <w:rPr>
          <w:b w:val="0"/>
          <w:sz w:val="20"/>
        </w:rPr>
        <w:t>3. Inne dokumenty: ___________________________________________________</w:t>
      </w:r>
    </w:p>
    <w:p/>
    <w:p/>
    <w:p>
      <w:r>
        <w:rPr>
          <w:b w:val="0"/>
          <w:sz w:val="20"/>
        </w:rPr>
        <w:t>Miejsce: ____________________________________________      Data: ____________________________________________</w:t>
      </w:r>
    </w:p>
    <w:p/>
    <w:p/>
    <w:p/>
    <w:p>
      <w:r>
        <w:rPr>
          <w:b/>
          <w:sz w:val="20"/>
        </w:rPr>
        <w:t>Podpis wnioskodawcy:</w:t>
      </w:r>
    </w:p>
    <w:p>
      <w:r>
        <w:rPr>
          <w:b w:val="0"/>
          <w:sz w:val="20"/>
        </w:rPr>
        <w:t>________________________________________________________________________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Pracodawca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Wnioskodawca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https://wniosek-gotowy.com/wniosek-o-wyplate-wynagrodzenia-po-smierci-pracownika-wzor/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https://wniosek-gotowy.com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wniosek-gotowy.com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gotowy.com/wniosek-o-wyplate-wynagrodzenia-po-smierci-pracownika-wzor/" TargetMode="External"/><Relationship Id="rId10" Type="http://schemas.openxmlformats.org/officeDocument/2006/relationships/hyperlink" Target="https://wniosek-gotow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