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WYPŁATĘ ODPRAWY</w:t>
      </w:r>
    </w:p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</w:t>
      </w:r>
    </w:p>
    <w:p>
      <w:r>
        <w:rPr>
          <w:b w:val="0"/>
          <w:sz w:val="20"/>
        </w:rPr>
        <w:t>Stanowisko pracy: _________________________________________________</w:t>
      </w:r>
    </w:p>
    <w:p>
      <w:r>
        <w:rPr>
          <w:b w:val="0"/>
          <w:sz w:val="20"/>
        </w:rPr>
        <w:t>Data zatrudnienia: ________________________________________________</w:t>
      </w:r>
    </w:p>
    <w:p/>
    <w:p>
      <w:r>
        <w:rPr>
          <w:b/>
          <w:sz w:val="20"/>
        </w:rPr>
        <w:t>Dane Pracodawcy:</w:t>
      </w:r>
    </w:p>
    <w:p>
      <w:r>
        <w:rPr>
          <w:b w:val="0"/>
          <w:sz w:val="20"/>
        </w:rPr>
        <w:t>Nazwa firmy: _________________________________________________</w:t>
      </w:r>
    </w:p>
    <w:p>
      <w:r>
        <w:rPr>
          <w:b w:val="0"/>
          <w:sz w:val="20"/>
        </w:rPr>
        <w:t>Adres siedziby: _______________________________________________</w:t>
      </w:r>
    </w:p>
    <w:p>
      <w:r>
        <w:rPr>
          <w:b w:val="0"/>
          <w:sz w:val="20"/>
        </w:rPr>
        <w:t>NIP: _________________________________________________________</w:t>
      </w:r>
    </w:p>
    <w:p/>
    <w:p>
      <w:r>
        <w:rPr>
          <w:b/>
          <w:sz w:val="20"/>
        </w:rPr>
        <w:t>Na podstawie art. 921 § 1 Kodeksu pracy wnoszę o wypłatę odprawy</w:t>
      </w:r>
    </w:p>
    <w:p>
      <w:r>
        <w:rPr>
          <w:b w:val="0"/>
          <w:sz w:val="20"/>
        </w:rPr>
        <w:t>z tytułu rozwiązania umowy o pracę z zachowaniem okresu wypowiedzenia / za porozumieniem stron *</w:t>
      </w:r>
    </w:p>
    <w:p>
      <w:r>
        <w:rPr>
          <w:b w:val="0"/>
          <w:sz w:val="20"/>
        </w:rPr>
        <w:t>z dnia: _________________________________________________________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Zapoznałem się z warunkami wypłaty odprawy oraz przysługującymi mi prawami i obowiązkami.</w:t>
      </w:r>
    </w:p>
    <w:p>
      <w:r>
        <w:rPr>
          <w:b w:val="0"/>
          <w:sz w:val="20"/>
        </w:rPr>
        <w:t>2. Wszelkie dane podane we wniosku są zgodne ze stanem faktycznym.</w:t>
      </w:r>
    </w:p>
    <w:p/>
    <w:p>
      <w:r>
        <w:rPr>
          <w:b w:val="0"/>
          <w:sz w:val="20"/>
        </w:rPr>
        <w:t>Miejsce: ____________________________    Data: ____________________________</w:t>
      </w:r>
    </w:p>
    <w:p/>
    <w:p/>
    <w:p>
      <w:r>
        <w:rPr>
          <w:b w:val="0"/>
          <w:sz w:val="20"/>
        </w:rPr>
        <w:t>Podpis Wnioskodawcy: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POTWIERDZENIE PRACODAWCY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POTWIERDZENIE KSIĘGOWOŚCI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https://wniosek-gotowy.com/wniosek-o-wyplate-odprawy-wzor/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wyplate-odprawy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