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WYMIANĘ DACHU</w:t>
      </w:r>
    </w:p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 : ________________________________________________</w:t>
      </w:r>
    </w:p>
    <w:p>
      <w:r>
        <w:rPr>
          <w:b w:val="0"/>
          <w:sz w:val="20"/>
        </w:rPr>
        <w:t>Adres zamieszkania / siedziby : ________________________________________________</w:t>
      </w:r>
    </w:p>
    <w:p>
      <w:r>
        <w:rPr>
          <w:b w:val="0"/>
          <w:sz w:val="20"/>
        </w:rPr>
        <w:t>Numer telefonu : _______________________________________________________________</w:t>
      </w:r>
    </w:p>
    <w:p>
      <w:r>
        <w:rPr>
          <w:b w:val="0"/>
          <w:sz w:val="20"/>
        </w:rPr>
        <w:t>Adres e-mail : _________________________________________________________________</w:t>
      </w:r>
    </w:p>
    <w:p/>
    <w:p>
      <w:r>
        <w:rPr>
          <w:b/>
          <w:sz w:val="20"/>
        </w:rPr>
        <w:t>Dane nieruchomości:</w:t>
      </w:r>
    </w:p>
    <w:p>
      <w:r>
        <w:rPr>
          <w:b w:val="0"/>
          <w:sz w:val="20"/>
        </w:rPr>
        <w:t>Adres nieruchomości : _________________________________________________________</w:t>
      </w:r>
    </w:p>
    <w:p>
      <w:r>
        <w:rPr>
          <w:b w:val="0"/>
          <w:sz w:val="20"/>
        </w:rPr>
        <w:t>Nr działki ewidencyjnej : ______________________________________________________</w:t>
      </w:r>
    </w:p>
    <w:p>
      <w:r>
        <w:rPr>
          <w:b w:val="0"/>
          <w:sz w:val="20"/>
        </w:rPr>
        <w:t>Nr księgi wieczystej (jeśli dotyczy) : __________________________________________</w:t>
      </w:r>
    </w:p>
    <w:p/>
    <w:p>
      <w:r>
        <w:rPr>
          <w:b/>
          <w:sz w:val="20"/>
        </w:rPr>
        <w:t>Opis planowanej inwestycji:</w:t>
      </w:r>
    </w:p>
    <w:p>
      <w:r>
        <w:rPr>
          <w:b w:val="0"/>
          <w:sz w:val="20"/>
        </w:rPr>
        <w:t>Przedmiot wniosku: wymiana dachu na nieruchomości wskazanej powyżej.</w:t>
      </w:r>
    </w:p>
    <w:p>
      <w:r>
        <w:rPr>
          <w:b w:val="0"/>
          <w:sz w:val="20"/>
        </w:rPr>
        <w:t>Zakres prac obejmuje:</w:t>
      </w:r>
    </w:p>
    <w:p>
      <w:r>
        <w:rPr>
          <w:b w:val="0"/>
          <w:sz w:val="20"/>
        </w:rPr>
        <w:t>- Demontaż istniejącej konstrukcji dachowej i pokrycia dachowego</w:t>
      </w:r>
    </w:p>
    <w:p>
      <w:r>
        <w:rPr>
          <w:b w:val="0"/>
          <w:sz w:val="20"/>
        </w:rPr>
        <w:t>- Wykonanie nowej konstrukcji dachowej zgodnie z obowiązującymi normami i przepisami</w:t>
      </w:r>
    </w:p>
    <w:p>
      <w:r>
        <w:rPr>
          <w:b w:val="0"/>
          <w:sz w:val="20"/>
        </w:rPr>
        <w:t>- Montaż nowego pokrycia dachowego: ________________________________</w:t>
      </w:r>
    </w:p>
    <w:p>
      <w:r>
        <w:rPr>
          <w:b w:val="0"/>
          <w:sz w:val="20"/>
        </w:rPr>
        <w:t>- Izolacja termiczna i przeciwwilgociowa dachu</w:t>
      </w:r>
    </w:p>
    <w:p>
      <w:r>
        <w:rPr>
          <w:b w:val="0"/>
          <w:sz w:val="20"/>
        </w:rPr>
        <w:t>- Inne prace towarzyszące: ________________________________________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jestem właścicielem/współwłaścicielem nieruchomości, której dotyczy niniejszy wniosek.</w:t>
      </w:r>
    </w:p>
    <w:p>
      <w:r>
        <w:rPr>
          <w:b w:val="0"/>
          <w:sz w:val="20"/>
        </w:rPr>
        <w:t>2. Oświadczam, że prace zostaną wykonane zgodnie z obowiązującymi przepisami prawa budowlanego oraz warunkami decyzji administracyjnych.</w:t>
      </w:r>
    </w:p>
    <w:p>
      <w:r>
        <w:rPr>
          <w:b w:val="0"/>
          <w:sz w:val="20"/>
        </w:rPr>
        <w:t>3. Oświadczam, że posiadam wszelkie niezbędne zgody i pozwolenia wymagane do realizacji inwestycji.</w:t>
      </w:r>
    </w:p>
    <w:p/>
    <w:p>
      <w:r>
        <w:rPr>
          <w:b/>
          <w:sz w:val="20"/>
        </w:rPr>
        <w:t>Załączniki do wniosku:</w:t>
      </w:r>
    </w:p>
    <w:p>
      <w:r>
        <w:rPr>
          <w:b w:val="0"/>
          <w:sz w:val="20"/>
        </w:rPr>
        <w:t>- Kopia aktu własności nieruchomości lub inny dokument potwierdzający prawo do dysponowania nieruchomością</w:t>
      </w:r>
    </w:p>
    <w:p>
      <w:r>
        <w:rPr>
          <w:b w:val="0"/>
          <w:sz w:val="20"/>
        </w:rPr>
        <w:t>- Projekt budowlany lub opis techniczny planowanej wymiany dachu</w:t>
      </w:r>
    </w:p>
    <w:p>
      <w:r>
        <w:rPr>
          <w:b w:val="0"/>
          <w:sz w:val="20"/>
        </w:rPr>
        <w:t>- Zdjęcia istniejącego stanu dachu</w:t>
      </w:r>
    </w:p>
    <w:p>
      <w:r>
        <w:rPr>
          <w:b w:val="0"/>
          <w:sz w:val="20"/>
        </w:rPr>
        <w:t>- Inne dokumenty: _______________________________________________________________</w:t>
      </w:r>
    </w:p>
    <w:p/>
    <w:p>
      <w:r>
        <w:rPr>
          <w:b w:val="0"/>
          <w:sz w:val="20"/>
        </w:rPr>
        <w:t>Proszę o pozytywne rozpatrzenie wniosku.</w:t>
      </w:r>
    </w:p>
    <w:p/>
    <w:p/>
    <w:p>
      <w:r>
        <w:rPr>
          <w:b w:val="0"/>
          <w:sz w:val="20"/>
        </w:rPr>
        <w:t>Miejsce, data : ________________________________________________________________</w:t>
      </w:r>
    </w:p>
    <w:p/>
    <w:p/>
    <w:p>
      <w:r>
        <w:rPr>
          <w:b w:val="0"/>
          <w:sz w:val="20"/>
        </w:rPr>
        <w:t>Podpis wnioskodawcy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Pracownik Urzędu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https://wniosek-gotowy.com/wniosek-o-wymiane-dachu-wzor/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wymiane-dachu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