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WYKREŚLENIE EGZEKUCJI Z KSIĘGI WIECZYSTEJ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 : _______________________________________________</w:t>
      </w:r>
    </w:p>
    <w:p>
      <w:r>
        <w:rPr>
          <w:b w:val="0"/>
          <w:sz w:val="20"/>
        </w:rPr>
        <w:t>PESEL / NIP : ________________________________________________________________</w:t>
      </w:r>
    </w:p>
    <w:p>
      <w:r>
        <w:rPr>
          <w:b w:val="0"/>
          <w:sz w:val="20"/>
        </w:rPr>
        <w:t>Adres zamieszkania / siedziby : _______________________________________________</w:t>
      </w:r>
    </w:p>
    <w:p>
      <w:r>
        <w:rPr>
          <w:b w:val="0"/>
          <w:sz w:val="20"/>
        </w:rPr>
        <w:t>Telefon kontaktowy : _________________________________________________________</w:t>
      </w:r>
    </w:p>
    <w:p/>
    <w:p/>
    <w:p>
      <w:r>
        <w:rPr>
          <w:b/>
          <w:sz w:val="20"/>
        </w:rPr>
        <w:t>Dane księgi wieczystej:</w:t>
      </w:r>
    </w:p>
    <w:p>
      <w:r>
        <w:rPr>
          <w:b w:val="0"/>
          <w:sz w:val="20"/>
        </w:rPr>
        <w:t>Sąd Rejonowy, Wydział Ksiąg Wieczystych : _____________________________________</w:t>
      </w:r>
    </w:p>
    <w:p>
      <w:r>
        <w:rPr>
          <w:b w:val="0"/>
          <w:sz w:val="20"/>
        </w:rPr>
        <w:t>Numer księgi wieczystej : ___________________________________________________</w:t>
      </w:r>
    </w:p>
    <w:p/>
    <w:p>
      <w:r>
        <w:rPr>
          <w:b/>
          <w:sz w:val="20"/>
        </w:rPr>
        <w:t>Dane dotyczące egzekucji:</w:t>
      </w:r>
    </w:p>
    <w:p>
      <w:r>
        <w:rPr>
          <w:b w:val="0"/>
          <w:sz w:val="20"/>
        </w:rPr>
        <w:t>Sygnatura akt egzekucyjnych : ________________________________________________</w:t>
      </w:r>
    </w:p>
    <w:p>
      <w:r>
        <w:rPr>
          <w:b w:val="0"/>
          <w:sz w:val="20"/>
        </w:rPr>
        <w:t>Nazwa komornika sądowego : _________________________________________________</w:t>
      </w:r>
    </w:p>
    <w:p>
      <w:r>
        <w:rPr>
          <w:b w:val="0"/>
          <w:sz w:val="20"/>
        </w:rPr>
        <w:t>Adres kancelarii komorniczej : _______________________________________________</w:t>
      </w:r>
    </w:p>
    <w:p/>
    <w:p>
      <w:r>
        <w:rPr>
          <w:b/>
          <w:sz w:val="20"/>
        </w:rPr>
        <w:t>Treść wniosku:</w:t>
      </w:r>
    </w:p>
    <w:p>
      <w:r>
        <w:rPr>
          <w:b w:val="0"/>
          <w:sz w:val="20"/>
        </w:rPr>
        <w:t>Na podstawie art. 105 § 1 i 2 Kodeksu postępowania cywilnego wnoszę o wykreślenie egzekucji z księgi wieczystej wskazanej powyżej.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Egzekucja została zakończona / umorzona / nie toczy się z powodu ________________ ______________________________________________________________________________ ______________________________________________________________________________.</w:t>
      </w:r>
    </w:p>
    <w:p/>
    <w:p/>
    <w:p>
      <w:r>
        <w:rPr>
          <w:b w:val="0"/>
          <w:sz w:val="20"/>
        </w:rPr>
        <w:t>Oświadczam, że powyższe dane są prawdziwe i zgodne ze stanem faktycznym.</w:t>
      </w:r>
    </w:p>
    <w:p/>
    <w:p/>
    <w:p/>
    <w:p>
      <w:r>
        <w:rPr>
          <w:b w:val="0"/>
          <w:sz w:val="20"/>
        </w:rPr>
        <w:t>......................................................                    ......................................................</w:t>
      </w:r>
    </w:p>
    <w:p>
      <w:pPr>
        <w:jc w:val="center"/>
      </w:pPr>
      <w:r>
        <w:rPr>
          <w:b w:val="0"/>
          <w:sz w:val="20"/>
        </w:rPr>
        <w:t xml:space="preserve">      (miejscowość i data)                                                     (podpis wnioskodawcy)</w:t>
      </w:r>
    </w:p>
    <w:p/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1. Potwierdzenie uiszczenia opłaty sądowej</w:t>
      </w:r>
    </w:p>
    <w:p>
      <w:r>
        <w:rPr>
          <w:b w:val="0"/>
          <w:sz w:val="20"/>
        </w:rPr>
        <w:t>2. Odpis postanowienia komornika o zakończeniu / umorzeniu egzekucji (jeśli dotyczy)</w:t>
      </w:r>
    </w:p>
    <w:p>
      <w:r>
        <w:rPr>
          <w:b w:val="0"/>
          <w:sz w:val="20"/>
        </w:rPr>
        <w:t>3. Inne dokumenty potwierdzające podstawę wykreślenia egzekucji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Adnotacje urzędowe: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br/>
              <w:br/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https://wniosek-gotowy.com/wniosek-o-wykreslenie-egzekucji-z-ksiegi-wieczystej-wzor/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wykreslenie-egzekucji-z-ksiegi-wieczystej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