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wydanie zaświadczenia</w:t>
      </w:r>
    </w:p>
    <w:p/>
    <w:p/>
    <w:p>
      <w:r>
        <w:rPr>
          <w:b w:val="0"/>
          <w:sz w:val="20"/>
        </w:rPr>
        <w:t>Do:</w:t>
      </w:r>
    </w:p>
    <w:p>
      <w:r>
        <w:rPr>
          <w:b w:val="0"/>
          <w:sz w:val="20"/>
        </w:rPr>
        <w:t>Naczelnik Urzędu Skarbowego _________________________________</w:t>
      </w:r>
    </w:p>
    <w:p>
      <w:r>
        <w:rPr>
          <w:b w:val="0"/>
          <w:sz w:val="20"/>
        </w:rPr>
        <w:t>Adres Urzędu: _______________________________________________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nazwisko/Nazwa firmy: ______________________________________________</w:t>
      </w:r>
    </w:p>
    <w:p>
      <w:r>
        <w:rPr>
          <w:b w:val="0"/>
          <w:sz w:val="20"/>
        </w:rPr>
        <w:t>Adres zamieszkania/siedziby: ______________________________________________</w:t>
      </w:r>
    </w:p>
    <w:p>
      <w:r>
        <w:rPr>
          <w:b w:val="0"/>
          <w:sz w:val="20"/>
        </w:rPr>
        <w:t>PESEL/NIP: ________________________________________________________________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</w:t>
      </w:r>
    </w:p>
    <w:p/>
    <w:p/>
    <w:p>
      <w:r>
        <w:rPr>
          <w:b/>
          <w:sz w:val="20"/>
        </w:rPr>
        <w:t>Wnoszę o wydanie zaświadczenia potwierdzającego: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p>
      <w:r>
        <w:rPr>
          <w:b w:val="0"/>
          <w:sz w:val="20"/>
        </w:rPr>
        <w:t>Oświadczam, że podane wyżej dane są zgodne z prawdą oraz że wniosek składam zgodnie z obowiązującymi przepisami prawa podatkowego.</w:t>
      </w:r>
    </w:p>
    <w:p/>
    <w:p/>
    <w:p>
      <w:r>
        <w:rPr>
          <w:b w:val="0"/>
          <w:sz w:val="20"/>
        </w:rPr>
        <w:t>Miejsce: ___________________________________________</w:t>
      </w:r>
    </w:p>
    <w:p>
      <w:r>
        <w:rPr>
          <w:b w:val="0"/>
          <w:sz w:val="20"/>
        </w:rPr>
        <w:t>Data: ______________________________________________</w:t>
      </w:r>
    </w:p>
    <w:p/>
    <w:p/>
    <w:p>
      <w:r>
        <w:rPr>
          <w:b/>
          <w:sz w:val="20"/>
        </w:rPr>
        <w:t>Podpis wnioskodawcy:</w:t>
      </w:r>
    </w:p>
    <w:p>
      <w:r>
        <w:rPr>
          <w:b w:val="0"/>
          <w:sz w:val="20"/>
        </w:rPr>
      </w:r>
    </w:p>
    <w:p>
      <w:pPr>
        <w:jc w:val="center"/>
      </w:pPr>
      <w:r>
        <w:rPr>
          <w:b w:val="0"/>
          <w:sz w:val="20"/>
        </w:rPr>
        <w:t>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wniosek: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Wydano zaświadczenie: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i pieczęć urzędnika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i pieczęć urzędnika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https://wniosek-gotowy.com/wniosek-o-wydanie-zaswiadczenia-urzad-skarbowy-wzor/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wydanie-zaswiadczenia-urzad-skarbowy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