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UTRATĘ WARTOŚCI POJAZDU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</w:t>
      </w:r>
    </w:p>
    <w:p/>
    <w:p>
      <w:r>
        <w:rPr>
          <w:b/>
          <w:sz w:val="20"/>
        </w:rPr>
        <w:t>Dane pojazdu:</w:t>
      </w:r>
    </w:p>
    <w:p>
      <w:r>
        <w:rPr>
          <w:b w:val="0"/>
          <w:sz w:val="20"/>
        </w:rPr>
        <w:t>Marka i model: ________________________________________________________________</w:t>
      </w:r>
    </w:p>
    <w:p>
      <w:r>
        <w:rPr>
          <w:b w:val="0"/>
          <w:sz w:val="20"/>
        </w:rPr>
        <w:t>Numer rejestracyjny: __________________________________________________________</w:t>
      </w:r>
    </w:p>
    <w:p>
      <w:r>
        <w:rPr>
          <w:b w:val="0"/>
          <w:sz w:val="20"/>
        </w:rPr>
        <w:t>Numer VIN: _________________________________________________________________</w:t>
      </w:r>
    </w:p>
    <w:p>
      <w:r>
        <w:rPr>
          <w:b w:val="0"/>
          <w:sz w:val="20"/>
        </w:rPr>
        <w:t>Rok produkcji: ________________________________________________________________</w:t>
      </w:r>
    </w:p>
    <w:p>
      <w:r>
        <w:rPr>
          <w:b w:val="0"/>
          <w:sz w:val="20"/>
        </w:rPr>
        <w:t>Aktualny przebieg: ____________________________________________________________</w:t>
      </w:r>
    </w:p>
    <w:p/>
    <w:p>
      <w:r>
        <w:rPr>
          <w:b/>
          <w:sz w:val="20"/>
        </w:rPr>
        <w:t>Opis zdarzenia powodującego utratę wartości pojazdu: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Stan techniczny pojazdu po zdarzeniu: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Informacje o naprawach i kosztach związanych z utratą wartości pojazdu:</w:t>
      </w:r>
    </w:p>
    <w:p>
      <w:r>
        <w:rPr>
          <w:b w:val="0"/>
          <w:sz w:val="20"/>
        </w:rPr>
        <w:t>Czy pojazd był naprawiany: (tak/nie) ____________________________________________</w:t>
      </w:r>
    </w:p>
    <w:p>
      <w:r>
        <w:rPr>
          <w:b w:val="0"/>
          <w:sz w:val="20"/>
        </w:rPr>
        <w:t>Krótki opis napraw: ____________________________________________________________</w:t>
      </w:r>
    </w:p>
    <w:p>
      <w:r>
        <w:rPr>
          <w:b w:val="0"/>
          <w:sz w:val="20"/>
        </w:rPr>
        <w:t>Szacowany koszt napraw: ______________________________________________________</w:t>
      </w:r>
    </w:p>
    <w:p/>
    <w:p>
      <w:r>
        <w:rPr>
          <w:b/>
          <w:sz w:val="20"/>
        </w:rPr>
        <w:t>Oświadczenie wnioskodawcy:</w:t>
      </w:r>
    </w:p>
    <w:p>
      <w:r>
        <w:rPr>
          <w:b w:val="0"/>
          <w:sz w:val="20"/>
        </w:rPr>
        <w:t>Oświadczam, że powyższe dane są zgodne z prawdą i stanem faktycznym. Wnoszę o rozpatrzenie wniosku o ustalenie utraty wartości pojazdu.</w:t>
      </w:r>
    </w:p>
    <w:p/>
    <w:p/>
    <w:p>
      <w:r>
        <w:rPr>
          <w:b w:val="0"/>
          <w:sz w:val="20"/>
        </w:rPr>
        <w:t>Miejsce: ____________________________    Data: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https://wniosek-gotowy.com/wniosek-o-utrate-wartosci-pojazdu-wzor/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utrate-wartosci-pojazdu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