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USTANOWIENIE RODZINY ZASTĘPCZEJ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____________________________________________________________</w:t>
      </w:r>
    </w:p>
    <w:p/>
    <w:p>
      <w:r>
        <w:rPr>
          <w:b/>
          <w:sz w:val="20"/>
        </w:rPr>
        <w:t>Dane współmałżonka (jeśli dotyczy):</w:t>
      </w:r>
    </w:p>
    <w:p>
      <w:r>
        <w:rPr>
          <w:b w:val="0"/>
          <w:sz w:val="20"/>
        </w:rPr>
        <w:t>Imię i nazwisko: _____________________________________________________________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____________________________________________________________</w:t>
      </w:r>
    </w:p>
    <w:p/>
    <w:p>
      <w:r>
        <w:rPr>
          <w:b/>
          <w:sz w:val="20"/>
        </w:rPr>
        <w:t>Informacje dotyczące rodziny zastępczej:</w:t>
      </w:r>
    </w:p>
    <w:p>
      <w:r>
        <w:rPr>
          <w:b w:val="0"/>
          <w:sz w:val="20"/>
        </w:rPr>
        <w:t>Liczba osób we wspólnym gospodarstwie domowym: _________________________________</w:t>
      </w:r>
    </w:p>
    <w:p>
      <w:r>
        <w:rPr>
          <w:b w:val="0"/>
          <w:sz w:val="20"/>
        </w:rPr>
        <w:t>Adres zamieszkania rodziny zastępczej: _________________________________________</w:t>
      </w:r>
    </w:p>
    <w:p>
      <w:r>
        <w:rPr>
          <w:b w:val="0"/>
          <w:sz w:val="20"/>
        </w:rPr>
        <w:t>Opis warunków mieszkaniowych: __________________________________________________</w:t>
      </w:r>
    </w:p>
    <w:p>
      <w:r>
        <w:rPr>
          <w:b w:val="0"/>
          <w:sz w:val="20"/>
        </w:rPr>
        <w:t>Stan zdrowia i sytuacja materialna: _____________________________________________</w:t>
      </w:r>
    </w:p>
    <w:p/>
    <w:p>
      <w:r>
        <w:rPr>
          <w:b/>
          <w:sz w:val="20"/>
        </w:rPr>
        <w:t>Informacje o dzieciach, które mają być objęte pieczą zastępczą:</w:t>
      </w:r>
    </w:p>
    <w:p>
      <w:r>
        <w:rPr>
          <w:b w:val="0"/>
          <w:sz w:val="20"/>
        </w:rPr>
        <w:t>Imię i nazwisko: _______________________________________________________________</w:t>
      </w:r>
    </w:p>
    <w:p>
      <w:r>
        <w:rPr>
          <w:b w:val="0"/>
          <w:sz w:val="20"/>
        </w:rPr>
        <w:t>Data urodzenia: _______________________________________________________________</w:t>
      </w:r>
    </w:p>
    <w:p>
      <w:r>
        <w:rPr>
          <w:b w:val="0"/>
          <w:sz w:val="20"/>
        </w:rPr>
        <w:t>Inne informacje istotne dla opieki nad dzieckiem: _______________________________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jestem świadomy/a odpowiedzialności związanej z pełnieniem funkcji rodziny zastępczej.</w:t>
      </w:r>
    </w:p>
    <w:p>
      <w:r>
        <w:rPr>
          <w:b w:val="0"/>
          <w:sz w:val="20"/>
        </w:rPr>
        <w:t>2. Zapewniam, że warunki mieszkaniowe i materialne są odpowiednie do sprawowania opieki nad dziećmi.</w:t>
      </w:r>
    </w:p>
    <w:p>
      <w:r>
        <w:rPr>
          <w:b w:val="0"/>
          <w:sz w:val="20"/>
        </w:rPr>
        <w:t>3. Nie toczą się przeciwko mnie postępowania karne ani administracyjne uniemożliwiające pełnienie funkcji rodziny zastępczej.</w:t>
      </w:r>
    </w:p>
    <w:p>
      <w:r>
        <w:rPr>
          <w:b w:val="0"/>
          <w:sz w:val="20"/>
        </w:rPr>
        <w:t>4. Zobowiązuję się do współpracy z właściwymi organami oraz do uczestnictwa w szkoleniach i innych formach wsparcia.</w:t>
      </w:r>
    </w:p>
    <w:p/>
    <w:p>
      <w:r>
        <w:rPr>
          <w:b/>
          <w:sz w:val="20"/>
        </w:rPr>
        <w:t>Zgoda na przetwarzanie danych osobowych:</w:t>
      </w:r>
    </w:p>
    <w:p>
      <w:r>
        <w:rPr>
          <w:b w:val="0"/>
          <w:sz w:val="20"/>
        </w:rPr>
        <w:t>Wyrażam zgodę na przetwarzanie moich danych osobowych zawartych w niniejszym wniosku zgodnie z przepisami o ochronie danych osobowych w celu realizacji procedury ustanowienia rodziny zastępczej.</w:t>
      </w:r>
    </w:p>
    <w:p/>
    <w:p/>
    <w:p>
      <w:r>
        <w:rPr>
          <w:b w:val="0"/>
          <w:sz w:val="20"/>
        </w:rPr>
        <w:t>Miejsce, data: _________________________________________________________________</w:t>
      </w:r>
    </w:p>
    <w:p/>
    <w:p/>
    <w:p>
      <w:r>
        <w:rPr>
          <w:b w:val="0"/>
          <w:sz w:val="20"/>
        </w:rPr>
        <w:t>Podpis wnioskodawcy: __________________________________________________________</w:t>
      </w:r>
    </w:p>
    <w:p/>
    <w:p/>
    <w:p>
      <w:r>
        <w:rPr>
          <w:b w:val="0"/>
          <w:sz w:val="20"/>
        </w:rPr>
        <w:t>Podpis współmałżonka (jeśli dotyczy):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WSPÓŁMAŁŻONEK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https://wniosek-gotowy.com/wniosek-o-ustanowienie-rodziny-zastepczej-wzor/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ustanowienie-rodziny-zastepczej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