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UMORZENIE OPŁATY LEGALIZACYJNEJ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 : ________________________________________________</w:t>
      </w:r>
    </w:p>
    <w:p>
      <w:r>
        <w:rPr>
          <w:b w:val="0"/>
          <w:sz w:val="20"/>
        </w:rPr>
        <w:t>Adres zamieszkania / siedziby : ________________________________________________</w:t>
      </w:r>
    </w:p>
    <w:p>
      <w:r>
        <w:rPr>
          <w:b w:val="0"/>
          <w:sz w:val="20"/>
        </w:rPr>
        <w:t>PESEL / NIP : ________________________________________________________________</w:t>
      </w:r>
    </w:p>
    <w:p>
      <w:r>
        <w:rPr>
          <w:b w:val="0"/>
          <w:sz w:val="20"/>
        </w:rPr>
        <w:t>Telefon kontaktowy : __________________________________________________________</w:t>
      </w:r>
    </w:p>
    <w:p/>
    <w:p>
      <w:r>
        <w:rPr>
          <w:b/>
          <w:sz w:val="20"/>
        </w:rPr>
        <w:t>Do:</w:t>
      </w:r>
    </w:p>
    <w:p>
      <w:r>
        <w:rPr>
          <w:b w:val="0"/>
          <w:sz w:val="20"/>
        </w:rPr>
        <w:t>Prezes Urzędu Dozoru Technicznego</w:t>
      </w:r>
    </w:p>
    <w:p>
      <w:r>
        <w:rPr>
          <w:b w:val="0"/>
          <w:sz w:val="20"/>
        </w:rPr>
        <w:t>Oddział w _________________________________</w:t>
      </w:r>
    </w:p>
    <w:p>
      <w:r>
        <w:rPr>
          <w:b w:val="0"/>
          <w:sz w:val="20"/>
        </w:rPr>
        <w:t>Adres: __________________________________________________</w:t>
      </w:r>
    </w:p>
    <w:p/>
    <w:p>
      <w:r>
        <w:rPr>
          <w:b/>
          <w:sz w:val="20"/>
        </w:rPr>
        <w:t>Wnoszę o umorzenie opłaty legalizacyjnej za urządzenie:</w:t>
      </w:r>
    </w:p>
    <w:p>
      <w:r>
        <w:rPr>
          <w:b w:val="0"/>
          <w:sz w:val="20"/>
        </w:rPr>
        <w:t>Rodzaj urządzenia : ____________________________________________________________</w:t>
      </w:r>
    </w:p>
    <w:p>
      <w:r>
        <w:rPr>
          <w:b w:val="0"/>
          <w:sz w:val="20"/>
        </w:rPr>
        <w:t>Numer legalizacji / numer ewidencyjny : __________________________________________</w:t>
      </w:r>
    </w:p>
    <w:p>
      <w:r>
        <w:rPr>
          <w:b w:val="0"/>
          <w:sz w:val="20"/>
        </w:rPr>
        <w:t>Data legalizacji : _______________________________________________________________</w:t>
      </w:r>
    </w:p>
    <w:p>
      <w:r>
        <w:rPr>
          <w:b w:val="0"/>
          <w:sz w:val="20"/>
        </w:rPr>
        <w:t>Miejsce użytkowania urządzenia : ________________________________________________</w:t>
      </w:r>
    </w:p>
    <w:p/>
    <w:p>
      <w:r>
        <w:rPr>
          <w:b/>
          <w:sz w:val="20"/>
        </w:rPr>
        <w:t>Uzasadnienie wniosku: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Na podstawie art. 56 ust. 1 ustawy z dnia 21 grudnia 2000 r. o dozorze technicznym (Dz. U. z 2023 r. poz. 1234), wnoszę o umorzenie opłaty legalizacyjnej z uwagi na powyższe okoliczności.</w:t>
      </w:r>
    </w:p>
    <w:p/>
    <w:p>
      <w:r>
        <w:rPr>
          <w:b/>
          <w:sz w:val="20"/>
        </w:rPr>
        <w:t>Oświadczam, że informacje zawarte w niniejszym wniosku są zgodne z prawdą i kompletne.</w:t>
      </w:r>
    </w:p>
    <w:p/>
    <w:p/>
    <w:p>
      <w:r>
        <w:rPr>
          <w:b w:val="0"/>
          <w:sz w:val="20"/>
        </w:rPr>
        <w:t>Miejsce, data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https://wniosek-gotowy.com/wniosek-o-umorzenie-oplaty-legalizacyjnej-wzor/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umorzenie-oplaty-legalizacyjnej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