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UCHYLENIE KLAUZULI WYKONALNOŚCI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</w:t>
      </w:r>
    </w:p>
    <w:p>
      <w:r>
        <w:rPr>
          <w:b w:val="0"/>
          <w:sz w:val="20"/>
        </w:rPr>
        <w:t>Adres zamieszkania / siedziby : ____________________________________________</w:t>
      </w:r>
    </w:p>
    <w:p>
      <w:r>
        <w:rPr>
          <w:b w:val="0"/>
          <w:sz w:val="20"/>
        </w:rPr>
        <w:t>PESEL / NIP : _____________________________________________________________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</w:t>
      </w:r>
    </w:p>
    <w:p/>
    <w:p>
      <w:r>
        <w:rPr>
          <w:b/>
          <w:sz w:val="20"/>
        </w:rPr>
        <w:t>Dane Wierzyciela:</w:t>
      </w:r>
    </w:p>
    <w:p>
      <w:r>
        <w:rPr>
          <w:b w:val="0"/>
          <w:sz w:val="20"/>
        </w:rPr>
        <w:t>Nazwa firmy / Imię i nazwisko : ____________________________________________</w:t>
      </w:r>
    </w:p>
    <w:p>
      <w:r>
        <w:rPr>
          <w:b w:val="0"/>
          <w:sz w:val="20"/>
        </w:rPr>
        <w:t>Adres siedziby / zamieszkania : ____________________________________________</w:t>
      </w:r>
    </w:p>
    <w:p/>
    <w:p>
      <w:r>
        <w:rPr>
          <w:b/>
          <w:sz w:val="20"/>
        </w:rPr>
        <w:t>Na podstawie art. 840 § 1 Kodeksu postępowania cywilnego wnoszę o uchylenie klauzuli wykonalności</w:t>
      </w:r>
    </w:p>
    <w:p>
      <w:r>
        <w:rPr>
          <w:b w:val="0"/>
          <w:sz w:val="20"/>
        </w:rPr>
        <w:t>zabezpieczającej tytuł wykonawczy w postępowaniu egzekucyjnym dotyczącym sprawy o sygnaturze: ____________________.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Wnoszę o uchylenie klauzuli wykonalności z następujących powodów: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</w:r>
    </w:p>
    <w:p/>
    <w:p>
      <w:r>
        <w:rPr>
          <w:b/>
          <w:sz w:val="20"/>
        </w:rPr>
        <w:t>WNIOSEK O:</w:t>
      </w:r>
    </w:p>
    <w:p>
      <w:r>
        <w:rPr>
          <w:b w:val="0"/>
          <w:sz w:val="20"/>
        </w:rPr>
        <w:t>1. Uchylenie klauzuli wykonalności tytułu wykonawczego.</w:t>
      </w:r>
    </w:p>
    <w:p>
      <w:r>
        <w:rPr>
          <w:b w:val="0"/>
          <w:sz w:val="20"/>
        </w:rPr>
        <w:t>2. Zawieszenie postępowania egzekucyjnego do czasu rozstrzygnięcia niniejszego wniosku.</w:t>
      </w:r>
    </w:p>
    <w:p>
      <w:r>
        <w:rPr>
          <w:b w:val="0"/>
          <w:sz w:val="20"/>
        </w:rPr>
        <w:t>3. Inne: ________________________________________________________________</w:t>
      </w:r>
    </w:p>
    <w:p/>
    <w:p>
      <w:r>
        <w:rPr>
          <w:b w:val="0"/>
          <w:sz w:val="20"/>
        </w:rPr>
        <w:t>Miejscowość : _________________________________________</w:t>
      </w:r>
    </w:p>
    <w:p>
      <w:r>
        <w:rPr>
          <w:b w:val="0"/>
          <w:sz w:val="20"/>
        </w:rPr>
        <w:t>Data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 (jeśli dotyczy)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https://wniosek-gotowy.com/wniosek-o-uchylenie-klauzuli-wykonalnosci-wzor/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uchylenie-klauzuli-wykonalnosci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