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PRZYWRÓCENIE TERMINU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Nazwa: _________________________________________________</w:t>
      </w:r>
    </w:p>
    <w:p>
      <w:r>
        <w:rPr>
          <w:b w:val="0"/>
          <w:sz w:val="20"/>
        </w:rPr>
        <w:t>Adres zamieszkania / Siedziba: ____________________________________________</w:t>
      </w:r>
    </w:p>
    <w:p>
      <w:r>
        <w:rPr>
          <w:b w:val="0"/>
          <w:sz w:val="20"/>
        </w:rPr>
        <w:t>PESEL / NIP: _____________________________________________________________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</w:t>
      </w:r>
    </w:p>
    <w:p/>
    <w:p>
      <w:r>
        <w:rPr>
          <w:b/>
          <w:sz w:val="20"/>
        </w:rPr>
        <w:t>Do:</w:t>
      </w:r>
    </w:p>
    <w:p>
      <w:r>
        <w:rPr>
          <w:b w:val="0"/>
          <w:sz w:val="20"/>
        </w:rPr>
        <w:t>Sąd Rejonowy w ___________________________________________________________</w:t>
      </w:r>
    </w:p>
    <w:p>
      <w:r>
        <w:rPr>
          <w:b w:val="0"/>
          <w:sz w:val="20"/>
        </w:rPr>
        <w:t>Wydział _________________________________________________________________</w:t>
      </w:r>
    </w:p>
    <w:p>
      <w:r>
        <w:rPr>
          <w:b w:val="0"/>
          <w:sz w:val="20"/>
        </w:rPr>
        <w:t>Adres: _________________________________________________________________</w:t>
      </w:r>
    </w:p>
    <w:p/>
    <w:p>
      <w:r>
        <w:rPr>
          <w:b w:val="0"/>
          <w:sz w:val="20"/>
        </w:rPr>
        <w:t>Sygnatura akt: ___________________________________________________________</w:t>
      </w:r>
    </w:p>
    <w:p/>
    <w:p>
      <w:pPr>
        <w:jc w:val="center"/>
      </w:pPr>
      <w:r>
        <w:rPr>
          <w:b/>
          <w:sz w:val="20"/>
        </w:rPr>
        <w:t>WNIOSEK</w:t>
      </w:r>
    </w:p>
    <w:p/>
    <w:p>
      <w:pPr>
        <w:jc w:val="center"/>
      </w:pPr>
      <w:r>
        <w:rPr>
          <w:b w:val="0"/>
          <w:sz w:val="20"/>
        </w:rPr>
        <w:t>o przywrócenie terminu</w:t>
      </w:r>
    </w:p>
    <w:p/>
    <w:p/>
    <w:p>
      <w:r>
        <w:rPr>
          <w:b/>
          <w:sz w:val="20"/>
        </w:rPr>
        <w:t>Na podstawie art. 161 § 1 Kodeksu postępowania cywilnego wnoszę o przywrócenie terminu do: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/>
          <w:sz w:val="20"/>
        </w:rPr>
        <w:t>z powodu: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W dniu _______________ upłynął termin do złożenia _______________.</w:t>
      </w:r>
    </w:p>
    <w:p>
      <w:r>
        <w:rPr>
          <w:b w:val="0"/>
          <w:sz w:val="20"/>
        </w:rPr>
        <w:t>Z przyczyn niezależnych ode mnie, których nie mogłem/mogłam przezwyciężyć, nie złożyłem/złożyłam w terminie wymaganego dokumentu/wniosku.</w:t>
      </w:r>
    </w:p>
    <w:p>
      <w:r>
        <w:rPr>
          <w:b w:val="0"/>
          <w:sz w:val="20"/>
        </w:rPr>
        <w:t>Powyższe okoliczności miały miejsce w szczególności w związku z: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Złożenie wniosku następuje niezwłocznie po ustaniu przyczyn uchybienia terminowi.</w:t>
      </w:r>
    </w:p>
    <w:p/>
    <w:p>
      <w:r>
        <w:rPr>
          <w:b/>
          <w:sz w:val="20"/>
        </w:rPr>
        <w:t>W załączeniu przedstawiam dokumenty potwierdzające podniesione okoliczności.</w:t>
      </w:r>
    </w:p>
    <w:p/>
    <w:p/>
    <w:p>
      <w:r>
        <w:rPr>
          <w:b w:val="0"/>
          <w:sz w:val="20"/>
        </w:rPr>
        <w:t>Miejsce: _______________________________                                Data: ___________________</w:t>
      </w:r>
    </w:p>
    <w:p/>
    <w:p/>
    <w:p>
      <w:r>
        <w:rPr>
          <w:b/>
          <w:sz w:val="20"/>
        </w:rPr>
        <w:t>Podpis Wnioskodawcy: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Przyjął / Przyjęła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Sędzia / Referent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https://wniosek-gotowy.com/wniosek-o-przywrocenie-terminu-wzor/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przywrocenie-terminu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