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WNIOSEK O PRZYMUSOWE LECZENIE ALKOHOLIKA</w:t>
      </w:r>
    </w:p>
    <w:p/>
    <w:p/>
    <w:p>
      <w:r>
        <w:rPr>
          <w:b/>
          <w:sz w:val="22"/>
        </w:rPr>
        <w:t>Dane wnioskodawcy:</w:t>
      </w:r>
    </w:p>
    <w:p>
      <w:r>
        <w:rPr>
          <w:b w:val="0"/>
          <w:sz w:val="22"/>
        </w:rPr>
        <w:t>Imię i nazwisko: __________________________________________________________</w:t>
      </w:r>
    </w:p>
    <w:p>
      <w:r>
        <w:rPr>
          <w:b w:val="0"/>
          <w:sz w:val="22"/>
        </w:rPr>
        <w:t>Adres zamieszkania: _______________________________________________________</w:t>
      </w:r>
    </w:p>
    <w:p>
      <w:r>
        <w:rPr>
          <w:b w:val="0"/>
          <w:sz w:val="22"/>
        </w:rPr>
        <w:t>PESEL: _________________________________________________________________</w:t>
      </w:r>
    </w:p>
    <w:p>
      <w:r>
        <w:rPr>
          <w:b w:val="0"/>
          <w:sz w:val="22"/>
        </w:rPr>
        <w:t>Telefon kontaktowy: _______________________________________________________</w:t>
      </w:r>
    </w:p>
    <w:p/>
    <w:p>
      <w:r>
        <w:rPr>
          <w:b/>
          <w:sz w:val="22"/>
        </w:rPr>
        <w:t>Dane osoby podlegającej leczeniu:</w:t>
      </w:r>
    </w:p>
    <w:p>
      <w:r>
        <w:rPr>
          <w:b w:val="0"/>
          <w:sz w:val="22"/>
        </w:rPr>
        <w:t>Imię i nazwisko: __________________________________________________________</w:t>
      </w:r>
    </w:p>
    <w:p>
      <w:r>
        <w:rPr>
          <w:b w:val="0"/>
          <w:sz w:val="22"/>
        </w:rPr>
        <w:t>Adres zamieszkania: _______________________________________________________</w:t>
      </w:r>
    </w:p>
    <w:p>
      <w:r>
        <w:rPr>
          <w:b w:val="0"/>
          <w:sz w:val="22"/>
        </w:rPr>
        <w:t>PESEL: _________________________________________________________________</w:t>
      </w:r>
    </w:p>
    <w:p>
      <w:r>
        <w:rPr>
          <w:b w:val="0"/>
          <w:sz w:val="22"/>
        </w:rPr>
        <w:t>Telefon kontaktowy: _______________________________________________________</w:t>
      </w:r>
    </w:p>
    <w:p/>
    <w:p>
      <w:r>
        <w:rPr>
          <w:b/>
          <w:sz w:val="22"/>
        </w:rPr>
        <w:t>Podstawa prawna:</w:t>
      </w:r>
    </w:p>
    <w:p>
      <w:r>
        <w:rPr>
          <w:b w:val="0"/>
          <w:sz w:val="22"/>
        </w:rPr>
        <w:t>Na podstawie art. 24 ustawy z dnia 26 października 1982 r. o wychowaniu w trzeźwości</w:t>
      </w:r>
    </w:p>
    <w:p>
      <w:r>
        <w:rPr>
          <w:b w:val="0"/>
          <w:sz w:val="22"/>
        </w:rPr>
        <w:t>i przeciwdziałaniu alkoholizmowi (Dz.U. 1982 nr 35 poz. 230 z późn. zm.), składam wniosek o</w:t>
      </w:r>
    </w:p>
    <w:p>
      <w:r>
        <w:rPr>
          <w:b w:val="0"/>
          <w:sz w:val="22"/>
        </w:rPr>
        <w:t>przymusowe leczenie osoby uzależnionej od alkoholu.</w:t>
      </w:r>
    </w:p>
    <w:p/>
    <w:p>
      <w:r>
        <w:rPr>
          <w:b/>
          <w:sz w:val="22"/>
        </w:rPr>
        <w:t>Uzasadnienie wniosku:</w:t>
      </w:r>
    </w:p>
    <w:p>
      <w:r>
        <w:rPr>
          <w:b w:val="0"/>
          <w:sz w:val="22"/>
        </w:rPr>
        <w:t>Osoba wskazana powyżej wykazuje objawy uzależnienia od alkoholu, które negatywnie wpływają na jej</w:t>
      </w:r>
    </w:p>
    <w:p>
      <w:r>
        <w:rPr>
          <w:b w:val="0"/>
          <w:sz w:val="22"/>
        </w:rPr>
        <w:t>zdrowie oraz funkcjonowanie w społeczeństwie. Pomimo podejmowanych prób leczenia dobrowolnego,</w:t>
      </w:r>
    </w:p>
    <w:p>
      <w:r>
        <w:rPr>
          <w:b w:val="0"/>
          <w:sz w:val="22"/>
        </w:rPr>
        <w:t>nie zgłasza się do placówek leczniczych lub nie stosuje się do zaleceń terapeutycznych.</w:t>
      </w:r>
    </w:p>
    <w:p>
      <w:r>
        <w:rPr>
          <w:b w:val="0"/>
          <w:sz w:val="22"/>
        </w:rPr>
        <w:t>W związku z powyższym, konieczne jest zastosowanie przymusowego leczenia zgodnie z obowiązującym prawem.</w:t>
      </w:r>
    </w:p>
    <w:p/>
    <w:p>
      <w:r>
        <w:rPr>
          <w:b/>
          <w:sz w:val="22"/>
        </w:rPr>
        <w:t>Informacje dodatkowe:</w:t>
      </w:r>
    </w:p>
    <w:p>
      <w:r>
        <w:rPr>
          <w:b w:val="0"/>
          <w:sz w:val="22"/>
        </w:rPr>
        <w:t>1. Dotychczasowe formy leczenia (jeśli były): _________________________________________</w:t>
      </w:r>
    </w:p>
    <w:p>
      <w:r>
        <w:rPr>
          <w:b w:val="0"/>
          <w:sz w:val="22"/>
        </w:rPr>
        <w:t>2. Oświadczenie o zagrożeniu dla siebie lub innych (tak/nie): ___________________________</w:t>
      </w:r>
    </w:p>
    <w:p>
      <w:r>
        <w:rPr>
          <w:b w:val="0"/>
          <w:sz w:val="22"/>
        </w:rPr>
        <w:t>3. Inne istotne informacje: _________________________________________________________</w:t>
      </w:r>
    </w:p>
    <w:p/>
    <w:p>
      <w:r>
        <w:rPr>
          <w:b/>
          <w:sz w:val="22"/>
        </w:rPr>
        <w:t>Załączniki:</w:t>
      </w:r>
    </w:p>
    <w:p>
      <w:r>
        <w:rPr>
          <w:b w:val="0"/>
          <w:sz w:val="22"/>
        </w:rPr>
        <w:t>1. Kopia dokumentu potwierdzającego tożsamość osoby podlegającej leczeniu.</w:t>
      </w:r>
    </w:p>
    <w:p>
      <w:r>
        <w:rPr>
          <w:b w:val="0"/>
          <w:sz w:val="22"/>
        </w:rPr>
        <w:t>2. Zaświadczenia lekarskie (jeśli są dostępne).</w:t>
      </w:r>
    </w:p>
    <w:p>
      <w:r>
        <w:rPr>
          <w:b w:val="0"/>
          <w:sz w:val="22"/>
        </w:rPr>
        <w:t>3. Inne dokumenty potwierdzające stan zdrowia i uzależnienie.</w:t>
      </w:r>
    </w:p>
    <w:p/>
    <w:p/>
    <w:p>
      <w:r>
        <w:rPr>
          <w:b w:val="0"/>
          <w:sz w:val="22"/>
        </w:rPr>
        <w:t>Miejsce i data: ________________________________________________________________</w:t>
      </w:r>
    </w:p>
    <w:p/>
    <w:p/>
    <w:p>
      <w:r>
        <w:rPr>
          <w:b w:val="0"/>
          <w:sz w:val="22"/>
        </w:rPr>
        <w:t>Podpis wnioskodawcy: 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Przyjął wniosek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Rozpatrzył wniosek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</w:t>
              <w:br/>
              <w:t>Data: 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</w:t>
              <w:br/>
              <w:t>Data: 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https://wniosek-gotowy.com/wniosek-o-przymusowe-leczenie-alkoholika-wzor/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https://wniosek-gotowy.com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wniosek-gotowy.com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gotowy.com/wniosek-o-przymusowe-leczenie-alkoholika-wzor/" TargetMode="External"/><Relationship Id="rId10" Type="http://schemas.openxmlformats.org/officeDocument/2006/relationships/hyperlink" Target="https://wniosek-gotow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