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PRZEKAZANIE KARTY SZCZEPIEŃ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PESEL: _________________________________________________________</w:t>
      </w:r>
    </w:p>
    <w:p>
      <w:r>
        <w:rPr>
          <w:b w:val="0"/>
          <w:sz w:val="20"/>
        </w:rPr>
        <w:t>Adres zamieszkania: ____________________________________________</w:t>
      </w:r>
    </w:p>
    <w:p>
      <w:r>
        <w:rPr>
          <w:b w:val="0"/>
          <w:sz w:val="20"/>
        </w:rPr>
        <w:t>Telefon kontaktowy: ____________________________________________</w:t>
      </w:r>
    </w:p>
    <w:p>
      <w:r>
        <w:rPr>
          <w:b w:val="0"/>
          <w:sz w:val="20"/>
        </w:rPr>
        <w:t>Adres e-mail: _________________________________________________</w:t>
      </w:r>
    </w:p>
    <w:p/>
    <w:p/>
    <w:p>
      <w:r>
        <w:rPr>
          <w:b/>
          <w:sz w:val="20"/>
        </w:rPr>
        <w:t>DANE OSOBY, KTÓREJ DOTYCZY KARTA SZCZEPIEŃ (jeśli inna niż wnioskodawca):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PESEL: _________________________________________________________</w:t>
      </w:r>
    </w:p>
    <w:p>
      <w:r>
        <w:rPr>
          <w:b w:val="0"/>
          <w:sz w:val="20"/>
        </w:rPr>
        <w:t>Adres zamieszkania: ____________________________________________</w:t>
      </w:r>
    </w:p>
    <w:p/>
    <w:p/>
    <w:p>
      <w:r>
        <w:rPr>
          <w:b/>
          <w:sz w:val="20"/>
        </w:rPr>
        <w:t>WNOSZĘ O PRZEKAZANIE KARTY SZCZEPIEŃ w związku z:</w:t>
      </w:r>
    </w:p>
    <w:p>
      <w:r>
        <w:rPr>
          <w:b w:val="0"/>
          <w:sz w:val="20"/>
        </w:rPr>
        <w:t>- zgubą / zniszczeniem / zmianą danych / inną przyczyną: 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Proszę o przekazanie karty szczepień na poniższy adres lub wydanie jej osobiście.</w:t>
      </w:r>
    </w:p>
    <w:p/>
    <w:p/>
    <w:p>
      <w:r>
        <w:rPr>
          <w:b/>
          <w:sz w:val="20"/>
        </w:rPr>
        <w:t>ADRES DO DORĘCZEŃ / ODBIORU KARTY SZCZEPIEŃ:</w:t>
      </w:r>
    </w:p>
    <w:p>
      <w:r>
        <w:rPr>
          <w:b w:val="0"/>
          <w:sz w:val="20"/>
        </w:rPr>
        <w:t>Ulica i numer domu/mieszkania: _________________________________</w:t>
      </w:r>
    </w:p>
    <w:p>
      <w:r>
        <w:rPr>
          <w:b w:val="0"/>
          <w:sz w:val="20"/>
        </w:rPr>
        <w:t>Kod pocztowy: _______________ Miejscowość: _____________________</w:t>
      </w:r>
    </w:p>
    <w:p>
      <w:r>
        <w:rPr>
          <w:b w:val="0"/>
          <w:sz w:val="20"/>
        </w:rPr>
        <w:t>Telefon kontaktowy: ____________________________________________</w:t>
      </w:r>
    </w:p>
    <w:p/>
    <w:p/>
    <w:p>
      <w:r>
        <w:rPr>
          <w:b/>
          <w:sz w:val="20"/>
        </w:rPr>
        <w:t>OŚWIADCZENIA:</w:t>
      </w:r>
    </w:p>
    <w:p>
      <w:r>
        <w:rPr>
          <w:b w:val="0"/>
          <w:sz w:val="20"/>
        </w:rPr>
        <w:t>1. Oświadczam, że podane dane są prawdziwe i zgodne ze stanem faktycznym.</w:t>
      </w:r>
    </w:p>
    <w:p>
      <w:r>
        <w:rPr>
          <w:b w:val="0"/>
          <w:sz w:val="20"/>
        </w:rPr>
        <w:t>2. Wyrażam zgodę na przetwarzanie moich danych osobowych w celu realizacji niniejszego wniosku.</w:t>
      </w:r>
    </w:p>
    <w:p>
      <w:r>
        <w:rPr>
          <w:b w:val="0"/>
          <w:sz w:val="20"/>
        </w:rPr>
        <w:t>3. Przyjmuję do wiadomości, że karta szczepień jest dokumentem medycznym i jej przekazanie odbywa się zgodnie z obowiązującymi przepisami prawa.</w:t>
      </w:r>
    </w:p>
    <w:p/>
    <w:p/>
    <w:p>
      <w:r>
        <w:rPr>
          <w:b w:val="0"/>
          <w:sz w:val="20"/>
        </w:rPr>
        <w:t>Miejsce: ___________________________________</w:t>
      </w:r>
    </w:p>
    <w:p>
      <w:r>
        <w:rPr>
          <w:b w:val="0"/>
          <w:sz w:val="20"/>
        </w:rPr>
        <w:t>Data: ______________________________________</w:t>
      </w:r>
    </w:p>
    <w:p/>
    <w:p/>
    <w:p>
      <w:r>
        <w:rPr>
          <w:b/>
          <w:sz w:val="20"/>
        </w:rPr>
        <w:t>Podpis wnioskodawcy:</w:t>
      </w:r>
    </w:p>
    <w:p>
      <w:r>
        <w:rPr>
          <w:b w:val="0"/>
          <w:sz w:val="20"/>
        </w:rPr>
        <w:br/>
        <w:br/>
        <w:t>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Przyjął wniosek (urzędnik)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przyjęcia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https://wniosek-gotowy.com/wniosek-o-przekazanie-karty-szczepien-wzor/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przekazanie-karty-szczepien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