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PRZEDTERMINOWE ZWOLNIENIE</w:t>
      </w:r>
    </w:p>
    <w:p/>
    <w:p/>
    <w:p>
      <w:r>
        <w:rPr>
          <w:b/>
          <w:sz w:val="22"/>
        </w:rPr>
        <w:t>Do:</w:t>
      </w:r>
    </w:p>
    <w:p>
      <w:r>
        <w:rPr>
          <w:b w:val="0"/>
          <w:sz w:val="22"/>
        </w:rPr>
        <w:t>Dyrektora Zakładu Karnego / Aresztu Śledczego w ________________________________</w:t>
      </w:r>
    </w:p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_____________________________________________________________</w:t>
      </w:r>
    </w:p>
    <w:p>
      <w:r>
        <w:rPr>
          <w:b w:val="0"/>
          <w:sz w:val="22"/>
        </w:rPr>
        <w:t>Numer ewidencyjny: ___________________________________________________________</w:t>
      </w:r>
    </w:p>
    <w:p>
      <w:r>
        <w:rPr>
          <w:b w:val="0"/>
          <w:sz w:val="22"/>
        </w:rPr>
        <w:t>Data urodzenia: ______________________________________________________________</w:t>
      </w:r>
    </w:p>
    <w:p>
      <w:r>
        <w:rPr>
          <w:b w:val="0"/>
          <w:sz w:val="22"/>
        </w:rPr>
        <w:t>Miejsce odbywania kary: _____________________________________________________</w:t>
      </w:r>
    </w:p>
    <w:p/>
    <w:p>
      <w:r>
        <w:rPr>
          <w:b/>
          <w:sz w:val="22"/>
        </w:rPr>
        <w:t>Wnoszę o przedterminowe zwolnienie mnie z odbywania reszty kary pozbawienia wolności z uwagi na poniższe okoliczności:</w:t>
      </w:r>
    </w:p>
    <w:p/>
    <w:p>
      <w:pPr>
        <w:pStyle w:val="ListNumber"/>
      </w:pPr>
      <w:r>
        <w:t>Dobra postawa podczas odbywania kary, wykazywanie gotowości do readaptacji społecznej.</w:t>
      </w:r>
    </w:p>
    <w:p/>
    <w:p>
      <w:pPr>
        <w:pStyle w:val="ListNumber"/>
      </w:pPr>
      <w:r>
        <w:t>Brak kar dyscyplinarnych oraz udział w zajęciach resocjalizacyjnych.</w:t>
      </w:r>
    </w:p>
    <w:p/>
    <w:p>
      <w:pPr>
        <w:pStyle w:val="ListNumber"/>
      </w:pPr>
      <w:r>
        <w:t>Sytuacja rodzinna lub zdrowotna wymagająca wcześniejszego zwolnienia.</w:t>
      </w:r>
    </w:p>
    <w:p/>
    <w:p>
      <w:pPr>
        <w:pStyle w:val="ListNumber"/>
      </w:pPr>
      <w:r>
        <w:t>Inne ważne okoliczności uzasadniające wniosek: _________________________________</w:t>
      </w:r>
    </w:p>
    <w:p/>
    <w:p/>
    <w:p>
      <w:r>
        <w:rPr>
          <w:b/>
          <w:sz w:val="22"/>
        </w:rPr>
        <w:t>Uzasadnienie: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 w:val="0"/>
          <w:sz w:val="22"/>
        </w:rPr>
        <w:t>Oświadczam, że zapoznałem(-am) się z przepisami dotyczącymi przedterminowego zwolnienia oraz że powyższe informacje są prawdziwe.</w:t>
      </w:r>
    </w:p>
    <w:p/>
    <w:p/>
    <w:p/>
    <w:p>
      <w:r>
        <w:rPr>
          <w:b w:val="0"/>
          <w:sz w:val="22"/>
        </w:rPr>
        <w:t>Miejsce, data : _________________________________________________________________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https://wniosek-gotowy.com/wniosek-o-przedterminowe-zwolnienie-wzor/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przedterminowe-zwolnienie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