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WNIOSEK O NAUCZANIE DOMOWE</w:t>
      </w:r>
    </w:p>
    <w:p/>
    <w:p/>
    <w:p>
      <w:r>
        <w:rPr>
          <w:b/>
          <w:sz w:val="22"/>
        </w:rPr>
        <w:t>Dane Wnioskodawcy (Rodzica/Opiekuna prawnego):</w:t>
      </w:r>
    </w:p>
    <w:p>
      <w:r>
        <w:rPr>
          <w:b w:val="0"/>
          <w:sz w:val="22"/>
        </w:rPr>
        <w:t>Imię i nazwisko: __________________________________________________________</w:t>
      </w:r>
    </w:p>
    <w:p>
      <w:r>
        <w:rPr>
          <w:b w:val="0"/>
          <w:sz w:val="22"/>
        </w:rPr>
        <w:t>Adres zamieszkania: _______________________________________________________</w:t>
      </w:r>
    </w:p>
    <w:p>
      <w:r>
        <w:rPr>
          <w:b w:val="0"/>
          <w:sz w:val="22"/>
        </w:rPr>
        <w:t>Telefon kontaktowy: _______________________________________________________</w:t>
      </w:r>
    </w:p>
    <w:p>
      <w:r>
        <w:rPr>
          <w:b w:val="0"/>
          <w:sz w:val="22"/>
        </w:rPr>
        <w:t>Adres e-mail (opcjonalnie): ________________________________________________</w:t>
      </w:r>
    </w:p>
    <w:p/>
    <w:p>
      <w:r>
        <w:rPr>
          <w:b/>
          <w:sz w:val="22"/>
        </w:rPr>
        <w:t>Dane dziecka podlegającego nauczaniu domowemu:</w:t>
      </w:r>
    </w:p>
    <w:p>
      <w:r>
        <w:rPr>
          <w:b w:val="0"/>
          <w:sz w:val="22"/>
        </w:rPr>
        <w:t>Imię i nazwisko: __________________________________________________________</w:t>
      </w:r>
    </w:p>
    <w:p>
      <w:r>
        <w:rPr>
          <w:b w:val="0"/>
          <w:sz w:val="22"/>
        </w:rPr>
        <w:t>Data urodzenia: ___________________________________________________________</w:t>
      </w:r>
    </w:p>
    <w:p>
      <w:r>
        <w:rPr>
          <w:b w:val="0"/>
          <w:sz w:val="22"/>
        </w:rPr>
        <w:t>PESEL: _________________________________________________________________</w:t>
      </w:r>
    </w:p>
    <w:p>
      <w:r>
        <w:rPr>
          <w:b w:val="0"/>
          <w:sz w:val="22"/>
        </w:rPr>
        <w:t>Adres zamieszkania: _______________________________________________________</w:t>
      </w:r>
    </w:p>
    <w:p/>
    <w:p>
      <w:r>
        <w:rPr>
          <w:b/>
          <w:sz w:val="22"/>
        </w:rPr>
        <w:t>Dane szkoły, do której dziecko jest uczniem:</w:t>
      </w:r>
    </w:p>
    <w:p>
      <w:r>
        <w:rPr>
          <w:b w:val="0"/>
          <w:sz w:val="22"/>
        </w:rPr>
        <w:t>Nazwa szkoły: ____________________________________________________________</w:t>
      </w:r>
    </w:p>
    <w:p>
      <w:r>
        <w:rPr>
          <w:b w:val="0"/>
          <w:sz w:val="22"/>
        </w:rPr>
        <w:t>Adres szkoły: _____________________________________________________________</w:t>
      </w:r>
    </w:p>
    <w:p>
      <w:r>
        <w:rPr>
          <w:b w:val="0"/>
          <w:sz w:val="22"/>
        </w:rPr>
        <w:t>Klasa/rok nauki: ___________________________________________________________</w:t>
      </w:r>
    </w:p>
    <w:p/>
    <w:p>
      <w:r>
        <w:rPr>
          <w:b/>
          <w:sz w:val="22"/>
        </w:rPr>
        <w:t>Uzasadnienie wniosku o nauczanie domowe:</w:t>
      </w:r>
    </w:p>
    <w:p>
      <w:r>
        <w:rPr>
          <w:b w:val="0"/>
          <w:sz w:val="22"/>
        </w:rPr>
        <w:t>Niniejszym zwracam się z prośbą o zezwolenie na realizację obowiązku szkolnego poprzez nauczanie domowe mojego dziecka wskazanego powyżej. Uzasadnieniem jest: ______________________________________________________________________________</w:t>
        <w:br/>
        <w:t>______________________________________________________________________________</w:t>
        <w:br/>
        <w:t>______________________________________________________________________________</w:t>
      </w:r>
    </w:p>
    <w:p/>
    <w:p>
      <w:r>
        <w:rPr>
          <w:b/>
          <w:sz w:val="22"/>
        </w:rPr>
        <w:t>Oświadczenia Wnioskodawcy:</w:t>
      </w:r>
    </w:p>
    <w:p>
      <w:r>
        <w:rPr>
          <w:b w:val="0"/>
          <w:sz w:val="22"/>
        </w:rPr>
        <w:t>1. Oświadczam, że zapewnię warunki do realizacji obowiązku szkolnego w trybie nauczania domowego.</w:t>
        <w:br/>
        <w:t>2. Zobowiązuję się do współpracy ze szkołą oraz udziału dziecka w egzaminach klasyfikacyjnych i sprawdzianach.</w:t>
        <w:br/>
        <w:t>3. Zapoznałem(am) się z obowiązkami wynikającymi z nauczania domowego określonymi w przepisach prawa oświatowego.</w:t>
      </w:r>
    </w:p>
    <w:p/>
    <w:p>
      <w:r>
        <w:rPr>
          <w:b/>
          <w:sz w:val="22"/>
        </w:rPr>
        <w:t>Podstawa prawna:</w:t>
      </w:r>
    </w:p>
    <w:p>
      <w:r>
        <w:rPr>
          <w:b w:val="0"/>
          <w:sz w:val="22"/>
        </w:rPr>
        <w:t>Niniejszy wniosek składam na podstawie art. 16 ust. 8 ustawy z dnia 14 grudnia 2016 r. Prawo oświatowe (Dz. U. z 2023 r. poz. 1056 ze zm.) oraz rozporządzeń wykonawczych do tej ustawy.</w:t>
      </w:r>
    </w:p>
    <w:p/>
    <w:p/>
    <w:p>
      <w:r>
        <w:rPr>
          <w:b w:val="0"/>
          <w:sz w:val="22"/>
        </w:rPr>
        <w:t>Miejsce składania wniosku: ____________________________</w:t>
      </w:r>
    </w:p>
    <w:p>
      <w:r>
        <w:rPr>
          <w:b w:val="0"/>
          <w:sz w:val="22"/>
        </w:rPr>
        <w:t>Data: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Wnioskodawcy: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https://wniosek-gotowy.com/wniosek-o-nauczanie-domowe-wzor/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nauczanie-domowe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