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LIKWIDACJĘ NIEPODJĘTEGO DEPOZYTU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 / Nazwa firmy : __________________________________________</w:t>
      </w:r>
    </w:p>
    <w:p>
      <w:r>
        <w:rPr>
          <w:b w:val="0"/>
          <w:sz w:val="22"/>
        </w:rPr>
        <w:t>Adres zamieszkania / Siedziba firmy : ____________________________________</w:t>
      </w:r>
    </w:p>
    <w:p>
      <w:r>
        <w:rPr>
          <w:b w:val="0"/>
          <w:sz w:val="22"/>
        </w:rPr>
        <w:t>PESEL / NIP : ____________________________________________________________</w:t>
      </w:r>
    </w:p>
    <w:p>
      <w:r>
        <w:rPr>
          <w:b w:val="0"/>
          <w:sz w:val="22"/>
        </w:rPr>
        <w:t>Telefon kontaktowy : _____________________________________________________</w:t>
      </w:r>
    </w:p>
    <w:p/>
    <w:p>
      <w:r>
        <w:rPr>
          <w:b/>
          <w:sz w:val="22"/>
        </w:rPr>
        <w:t>Dane rachunku depozytowego:</w:t>
      </w:r>
    </w:p>
    <w:p>
      <w:r>
        <w:rPr>
          <w:b w:val="0"/>
          <w:sz w:val="22"/>
        </w:rPr>
        <w:t>Numer rachunku depozytowego : ___________________________________________</w:t>
      </w:r>
    </w:p>
    <w:p>
      <w:r>
        <w:rPr>
          <w:b w:val="0"/>
          <w:sz w:val="22"/>
        </w:rPr>
        <w:t>Instytucja finansowa : ___________________________________________________</w:t>
      </w:r>
    </w:p>
    <w:p>
      <w:r>
        <w:rPr>
          <w:b w:val="0"/>
          <w:sz w:val="22"/>
        </w:rPr>
        <w:t>Data otwarcia rachunku : _________________________________________________</w:t>
      </w:r>
    </w:p>
    <w:p/>
    <w:p>
      <w:r>
        <w:rPr>
          <w:b/>
          <w:sz w:val="22"/>
        </w:rPr>
        <w:t>Treść wniosku:</w:t>
      </w:r>
    </w:p>
    <w:p>
      <w:r>
        <w:rPr>
          <w:b w:val="0"/>
          <w:sz w:val="22"/>
        </w:rPr>
        <w:t>Na podstawie obowiązujących przepisów prawa wnoszę o likwidację niepodjętego depozytu z powyższego rachunku depozytowego oraz przekazanie środków na wskazany przeze mnie rachunek bankowy.</w:t>
      </w:r>
    </w:p>
    <w:p/>
    <w:p>
      <w:r>
        <w:rPr>
          <w:b/>
          <w:sz w:val="22"/>
        </w:rPr>
        <w:t>Dane konta bankowego do zwrotu środków:</w:t>
      </w:r>
    </w:p>
    <w:p>
      <w:r>
        <w:rPr>
          <w:b w:val="0"/>
          <w:sz w:val="22"/>
        </w:rPr>
        <w:t>Nazwa banku : _____________________________________________________________</w:t>
      </w:r>
    </w:p>
    <w:p>
      <w:r>
        <w:rPr>
          <w:b w:val="0"/>
          <w:sz w:val="22"/>
        </w:rPr>
        <w:t>Numer rachunku bankowego (IBAN) : _______________________________________</w:t>
      </w:r>
    </w:p>
    <w:p/>
    <w:p>
      <w:r>
        <w:rPr>
          <w:b/>
          <w:sz w:val="22"/>
        </w:rPr>
        <w:t>Oświadczenia:</w:t>
      </w:r>
    </w:p>
    <w:p>
      <w:r>
        <w:rPr>
          <w:b w:val="0"/>
          <w:sz w:val="22"/>
        </w:rPr>
        <w:t>Oświadczam, że powyższe dane są zgodne z prawdą oraz że nie istnieją inne osoby uprawnione do dysponowania wskazanym depozytem.</w:t>
      </w:r>
    </w:p>
    <w:p/>
    <w:p>
      <w:r>
        <w:rPr>
          <w:b w:val="0"/>
          <w:sz w:val="22"/>
        </w:rPr>
        <w:t>Proszę o niezwłoczne rozpatrzenie niniejszego wniosku oraz potwierdzenie dokonania likwidacji depozytu.</w:t>
      </w:r>
    </w:p>
    <w:p/>
    <w:p/>
    <w:p>
      <w:r>
        <w:rPr>
          <w:b w:val="0"/>
          <w:sz w:val="22"/>
        </w:rPr>
        <w:t>Miejsce, Data : __________________________________________________________</w:t>
      </w:r>
    </w:p>
    <w:p/>
    <w:p/>
    <w:p>
      <w:r>
        <w:rPr>
          <w:b w:val="0"/>
          <w:sz w:val="22"/>
        </w:rPr>
        <w:t>Podpis Wnioskodawcy 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(podpis i pieczęć)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 (podpis)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https://wniosek-gotowy.com/wniosek-o-likwidacje-niepodjetego-depozytu-(wzor)/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likwidacje-niepodjetego-depozytu-(wzor)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