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KUPNO DZIAŁKI OD GMINY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________________________________________________</w:t>
      </w:r>
    </w:p>
    <w:p>
      <w:r>
        <w:rPr>
          <w:b w:val="0"/>
          <w:sz w:val="20"/>
        </w:rPr>
        <w:t>PESEL/NIP: _________________________________________________________________</w:t>
      </w:r>
    </w:p>
    <w:p>
      <w:r>
        <w:rPr>
          <w:b w:val="0"/>
          <w:sz w:val="20"/>
        </w:rPr>
        <w:t>Adres zamieszkania / siedziby: 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</w:t>
      </w:r>
    </w:p>
    <w:p/>
    <w:p>
      <w:r>
        <w:rPr>
          <w:b/>
          <w:sz w:val="20"/>
        </w:rPr>
        <w:t>Dane działki, której dotyczy wniosek:</w:t>
      </w:r>
    </w:p>
    <w:p>
      <w:r>
        <w:rPr>
          <w:b w:val="0"/>
          <w:sz w:val="20"/>
        </w:rPr>
        <w:t>Numer działki: _______________________________________________________________</w:t>
      </w:r>
    </w:p>
    <w:p>
      <w:r>
        <w:rPr>
          <w:b w:val="0"/>
          <w:sz w:val="20"/>
        </w:rPr>
        <w:t>Położenie działki: ___________________________________________________________</w:t>
      </w:r>
    </w:p>
    <w:p>
      <w:r>
        <w:rPr>
          <w:b w:val="0"/>
          <w:sz w:val="20"/>
        </w:rPr>
        <w:t>Powierzchnia działki (w m²): _________________________________________________</w:t>
      </w:r>
    </w:p>
    <w:p>
      <w:r>
        <w:rPr>
          <w:b w:val="0"/>
          <w:sz w:val="20"/>
        </w:rPr>
        <w:t>Przeznaczenie działki zgodnie z planem miejscowym / decyzją o warunkach zabudowy: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Cel nabycia działki: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Posiadam pełną zdolność do czynności prawnych i nie jestem objęty ograniczeniami prawnymi uniemożliwiającymi nabycie nieruchomości.</w:t>
      </w:r>
    </w:p>
    <w:p>
      <w:r>
        <w:rPr>
          <w:b w:val="0"/>
          <w:sz w:val="20"/>
        </w:rPr>
        <w:t>2. Wyrażam zgodę na przetwarzanie moich danych osobowych w celu rozpatrzenia niniejszego wniosku zgodnie z obowiązującymi przepisami.</w:t>
      </w:r>
    </w:p>
    <w:p>
      <w:r>
        <w:rPr>
          <w:b w:val="0"/>
          <w:sz w:val="20"/>
        </w:rPr>
        <w:t>3. Zapoznałem się z warunkami i zasadami sprzedaży nieruchomości przez Gminę.</w:t>
      </w:r>
    </w:p>
    <w:p/>
    <w:p>
      <w:r>
        <w:rPr>
          <w:b/>
          <w:sz w:val="20"/>
        </w:rPr>
        <w:t>Do wniosku załączam następujące dokumenty:</w:t>
      </w:r>
    </w:p>
    <w:p>
      <w:r>
        <w:rPr>
          <w:b w:val="0"/>
          <w:sz w:val="20"/>
        </w:rPr>
        <w:t>- Kopię dowodu osobistego / dokumentów rejestrowych firmy</w:t>
      </w:r>
    </w:p>
    <w:p>
      <w:r>
        <w:rPr>
          <w:b w:val="0"/>
          <w:sz w:val="20"/>
        </w:rPr>
        <w:t>- Dokument potwierdzający prawo do dysponowania środkami finansowymi</w:t>
      </w:r>
    </w:p>
    <w:p>
      <w:r>
        <w:rPr>
          <w:b w:val="0"/>
          <w:sz w:val="20"/>
        </w:rPr>
        <w:t>- Inne dokumenty: ___________________________________________________________</w:t>
      </w:r>
    </w:p>
    <w:p/>
    <w:p>
      <w:r>
        <w:rPr>
          <w:b w:val="0"/>
          <w:sz w:val="20"/>
        </w:rPr>
        <w:t>Miejsce, Data : _______________________________________________________________</w:t>
      </w:r>
    </w:p>
    <w:p/>
    <w:p/>
    <w:p/>
    <w:p>
      <w:r>
        <w:rPr>
          <w:b w:val="0"/>
          <w:sz w:val="20"/>
        </w:rPr>
        <w:t>Podpis Wnioskodawcy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 (urzędnik):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 komisji rozpatrującej wniosek: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https://wniosek-gotowy.com/wniosek-o-kupno-dzialki-od-gminy-wzor/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kupno-dzialki-od-gminy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