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INDYWIDUALNY ROZKŁAD CZASU PRACY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__________________________________________________________</w:t>
      </w:r>
    </w:p>
    <w:p>
      <w:r>
        <w:rPr>
          <w:b w:val="0"/>
          <w:sz w:val="22"/>
        </w:rPr>
        <w:t>Stanowisko / zajmowane stanowisko: _________________________________________</w:t>
      </w:r>
    </w:p>
    <w:p>
      <w:r>
        <w:rPr>
          <w:b w:val="0"/>
          <w:sz w:val="22"/>
        </w:rPr>
        <w:t>Miejsce pracy / dział: 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</w:t>
      </w:r>
    </w:p>
    <w:p/>
    <w:p>
      <w:r>
        <w:rPr>
          <w:b/>
          <w:sz w:val="22"/>
        </w:rPr>
        <w:t>Dane Pracodawcy:</w:t>
      </w:r>
    </w:p>
    <w:p>
      <w:r>
        <w:rPr>
          <w:b w:val="0"/>
          <w:sz w:val="22"/>
        </w:rPr>
        <w:t>Nazwa firmy: ______________________________________________________________</w:t>
      </w:r>
    </w:p>
    <w:p>
      <w:r>
        <w:rPr>
          <w:b w:val="0"/>
          <w:sz w:val="22"/>
        </w:rPr>
        <w:t>Adres siedziby: ____________________________________________________________</w:t>
      </w:r>
    </w:p>
    <w:p/>
    <w:p>
      <w:r>
        <w:rPr>
          <w:b/>
          <w:sz w:val="22"/>
        </w:rPr>
        <w:t>Uzasadnienie wniosku:</w:t>
      </w:r>
    </w:p>
    <w:p>
      <w:r>
        <w:rPr>
          <w:b w:val="0"/>
          <w:sz w:val="22"/>
        </w:rPr>
        <w:t>Na podstawie art. 142 § 1 Kodeksu pracy zwracam się z prośbą o ustalenie indywidualnego rozładu czasu pracy w następujący sposób:</w:t>
      </w:r>
    </w:p>
    <w:p>
      <w:r>
        <w:rPr>
          <w:b/>
          <w:sz w:val="22"/>
        </w:rPr>
        <w:t>Proponowany rozkład czasu pracy:</w:t>
      </w:r>
    </w:p>
    <w:p>
      <w:r>
        <w:rPr>
          <w:b w:val="0"/>
          <w:sz w:val="22"/>
        </w:rPr>
        <w:t>Dni pracy i godziny pracy: ________________________________________________</w:t>
      </w:r>
    </w:p>
    <w:p>
      <w:r>
        <w:rPr>
          <w:b w:val="0"/>
          <w:sz w:val="22"/>
        </w:rPr>
        <w:t>Uwagi / dodatkowe informacje: ______________________________________________</w:t>
      </w:r>
    </w:p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Art. 142 § 1 i 2 Kodeksu pracy – możliwość ustalenia indywidualnego rozkładu czasu pracy na wniosek pracownika.</w:t>
      </w:r>
    </w:p>
    <w:p/>
    <w:p>
      <w:r>
        <w:rPr>
          <w:b/>
          <w:sz w:val="22"/>
        </w:rPr>
        <w:t>Oświadczam, że:</w:t>
      </w:r>
    </w:p>
    <w:p>
      <w:r>
        <w:rPr>
          <w:b w:val="0"/>
          <w:sz w:val="22"/>
        </w:rPr>
        <w:t>1. Zapoznałem się z treścią wniosku i proponowanym rozkładem czasu pracy.</w:t>
      </w:r>
    </w:p>
    <w:p>
      <w:r>
        <w:rPr>
          <w:b w:val="0"/>
          <w:sz w:val="22"/>
        </w:rPr>
        <w:t>2. Zobowiązuję się do przestrzegania ustalonego rozkładu czasu pracy.</w:t>
      </w:r>
    </w:p>
    <w:p>
      <w:r>
        <w:rPr>
          <w:b w:val="0"/>
          <w:sz w:val="22"/>
        </w:rPr>
        <w:t>3. Przyjmuję do wiadomości, że rozkład czasu pracy może być zmieniony za zgodą obu stron.</w:t>
      </w:r>
    </w:p>
    <w:p/>
    <w:p/>
    <w:p>
      <w:r>
        <w:rPr>
          <w:b w:val="0"/>
          <w:sz w:val="22"/>
        </w:rPr>
        <w:t>Miejsce: ____________________________</w:t>
      </w:r>
    </w:p>
    <w:p>
      <w:r>
        <w:rPr>
          <w:b w:val="0"/>
          <w:sz w:val="22"/>
        </w:rPr>
        <w:t>Data: ______________________________</w:t>
      </w:r>
    </w:p>
    <w:p/>
    <w:p>
      <w:r>
        <w:rPr>
          <w:b w:val="0"/>
          <w:sz w:val="22"/>
        </w:rPr>
        <w:t>Podpis Wnioskodawcy: ____________________________________________</w:t>
      </w:r>
    </w:p>
    <w:p/>
    <w:p/>
    <w:p>
      <w:r>
        <w:rPr>
          <w:b/>
          <w:sz w:val="22"/>
        </w:rPr>
        <w:t>Decyzja Pracodawcy:</w:t>
      </w:r>
    </w:p>
    <w:p>
      <w:r>
        <w:rPr>
          <w:b w:val="0"/>
          <w:sz w:val="22"/>
        </w:rPr>
        <w:t>Zatwierdzam / Nie zatwierdzam (niepotrzebne skreślić) indywidualny rozkład czasu pracy.</w:t>
      </w:r>
    </w:p>
    <w:p>
      <w:r>
        <w:rPr>
          <w:b w:val="0"/>
          <w:sz w:val="22"/>
        </w:rPr>
        <w:t>Uzasadnienie decyzji: 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/>
    <w:p/>
    <w:p>
      <w:r>
        <w:rPr>
          <w:b w:val="0"/>
          <w:sz w:val="22"/>
        </w:rPr>
        <w:t>Miejsce: ____________________________</w:t>
      </w:r>
    </w:p>
    <w:p>
      <w:r>
        <w:rPr>
          <w:b w:val="0"/>
          <w:sz w:val="22"/>
        </w:rPr>
        <w:t>Data: ______________________________</w:t>
      </w:r>
    </w:p>
    <w:p/>
    <w:p>
      <w:r>
        <w:rPr>
          <w:b w:val="0"/>
          <w:sz w:val="22"/>
        </w:rPr>
        <w:t>Podpis Pracodawcy: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Pracodawca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https://wniosek-gotowy.com/wniosek-o-indywidualny-rozklad-czasu-pracy-wzor-gofin/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indywidualny-rozklad-czasu-pracy-wzor-gofin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