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DOLICZENIE LAT PRACY DO EMERYTURY MUNDUROWEJ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nazwisko: ___________________________________________________________</w:t>
      </w:r>
    </w:p>
    <w:p>
      <w:r>
        <w:rPr>
          <w:b w:val="0"/>
          <w:sz w:val="20"/>
        </w:rPr>
        <w:t>PESEL: ___________________________________________________________</w:t>
      </w:r>
    </w:p>
    <w:p>
      <w:r>
        <w:rPr>
          <w:b w:val="0"/>
          <w:sz w:val="20"/>
        </w:rPr>
        <w:t>Stopień służbowy: ___________________________________________________________</w:t>
      </w:r>
    </w:p>
    <w:p>
      <w:r>
        <w:rPr>
          <w:b w:val="0"/>
          <w:sz w:val="20"/>
        </w:rPr>
        <w:t>Jednostka macierzysta: ___________________________________________________________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___________________________________________________________</w:t>
      </w:r>
    </w:p>
    <w:p/>
    <w:p>
      <w:r>
        <w:rPr>
          <w:b/>
          <w:sz w:val="20"/>
        </w:rPr>
        <w:t>Podstawa prawna:</w:t>
      </w:r>
    </w:p>
    <w:p>
      <w:r>
        <w:rPr>
          <w:b w:val="0"/>
          <w:sz w:val="20"/>
        </w:rPr>
        <w:t>Na podstawie art. __ ust. __ ustawy z dnia __ o zaopatrzeniu emerytalnym funkcjonariuszy służb mundurowych oraz ich rodzin, składam wniosek o doliczenie lat pracy do emerytury mundurowej.</w:t>
      </w:r>
    </w:p>
    <w:p/>
    <w:p>
      <w:r>
        <w:rPr>
          <w:b/>
          <w:sz w:val="20"/>
        </w:rPr>
        <w:t>Okresy pracy do doliczenia:</w:t>
      </w:r>
    </w:p>
    <w:p>
      <w:r>
        <w:rPr>
          <w:b w:val="0"/>
          <w:sz w:val="20"/>
        </w:rPr>
        <w:t>Proszę o doliczenie następujących okresów pracy służbowej/pracy zawodowej, które nie zostały uwzględnione przy ustalaniu prawa do emerytury mundurowej:</w:t>
      </w:r>
    </w:p>
    <w:p>
      <w:r>
        <w:rPr>
          <w:b w:val="0"/>
          <w:sz w:val="20"/>
        </w:rPr>
        <w:t>1. Okres pracy od ______________ do ______________ w jednostce ______________________________</w:t>
      </w:r>
    </w:p>
    <w:p>
      <w:r>
        <w:rPr>
          <w:b w:val="0"/>
          <w:sz w:val="20"/>
        </w:rPr>
        <w:t>2. Okres pracy od ______________ do ______________ w jednostce ______________________________</w:t>
      </w:r>
    </w:p>
    <w:p>
      <w:r>
        <w:rPr>
          <w:b w:val="0"/>
          <w:sz w:val="20"/>
        </w:rPr>
        <w:t>3. Okres pracy od ______________ do ______________ w jednostce ______________________________</w:t>
      </w:r>
    </w:p>
    <w:p>
      <w:r>
        <w:rPr>
          <w:b w:val="0"/>
          <w:sz w:val="20"/>
        </w:rPr>
        <w:t>(Proszę wymienić wszystkie okresy, do których odnosi się wniosek)</w:t>
      </w:r>
    </w:p>
    <w:p/>
    <w:p>
      <w:r>
        <w:rPr>
          <w:b/>
          <w:sz w:val="20"/>
        </w:rPr>
        <w:t>Uzasadnienie:</w:t>
      </w:r>
    </w:p>
    <w:p>
      <w:r>
        <w:rPr>
          <w:b w:val="0"/>
          <w:sz w:val="20"/>
        </w:rPr>
        <w:t>W związku z powyższymi okresami pracy, które nie zostały uwzględnione w dotychczasowym obliczaniu uprawnień emerytalnych, wnoszę o ich doliczenie do okresu służby uprawniającej do emerytury mundurowej.</w:t>
      </w:r>
    </w:p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Do wniosku dołączam następujące dokumenty potwierdzające okresy pracy:</w:t>
      </w:r>
    </w:p>
    <w:p>
      <w:r>
        <w:rPr>
          <w:b w:val="0"/>
          <w:sz w:val="20"/>
        </w:rPr>
        <w:t>- świadectwa pracy</w:t>
      </w:r>
    </w:p>
    <w:p>
      <w:r>
        <w:rPr>
          <w:b w:val="0"/>
          <w:sz w:val="20"/>
        </w:rPr>
        <w:t>- zaświadczenia o zatrudnieniu</w:t>
      </w:r>
    </w:p>
    <w:p>
      <w:r>
        <w:rPr>
          <w:b w:val="0"/>
          <w:sz w:val="20"/>
        </w:rPr>
        <w:t>- inne dokumenty: ___________________________________________________________</w:t>
      </w:r>
    </w:p>
    <w:p/>
    <w:p>
      <w:r>
        <w:rPr>
          <w:b/>
          <w:sz w:val="20"/>
        </w:rPr>
        <w:t>Oświadczenie:</w:t>
      </w:r>
    </w:p>
    <w:p>
      <w:r>
        <w:rPr>
          <w:b w:val="0"/>
          <w:sz w:val="20"/>
        </w:rPr>
        <w:t>Oświadczam, że wszystkie podane przeze mnie informacje są zgodne z prawdą, a dołączone dokumenty są prawdziwe i kompletne.</w:t>
      </w:r>
    </w:p>
    <w:p/>
    <w:p/>
    <w:p>
      <w:r>
        <w:rPr>
          <w:b w:val="0"/>
          <w:sz w:val="20"/>
        </w:rPr>
        <w:t>Miejscowość: ___________________________________________________    Data: _____________________</w:t>
      </w:r>
    </w:p>
    <w:p/>
    <w:p/>
    <w:p>
      <w:r>
        <w:rPr>
          <w:b w:val="0"/>
          <w:sz w:val="20"/>
        </w:rPr>
        <w:t>Podpis Wnioskodawcy: 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Potwierdzenie przyjęcia wniosku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Pieczęć i podpis osoby przyjmującej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 przyjęcia: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Uwagi: ____________________________________________________________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https://wniosek-gotowy.com/wniosek-o-doliczenie-lat-pracy-do-emerytury-mundurowej-wzor/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doliczenie-lat-pracy-do-emerytury-mundurowej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