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Dyrektor</w:t>
      </w:r>
    </w:p>
    <w:p>
      <w:r>
        <w:rPr>
          <w:b/>
          <w:sz w:val="22"/>
        </w:rPr>
        <w:t>Technikum nr _______</w:t>
      </w:r>
    </w:p>
    <w:p>
      <w:r>
        <w:rPr>
          <w:b w:val="0"/>
          <w:sz w:val="22"/>
        </w:rPr>
        <w:t>ul. _______________________________</w:t>
      </w:r>
    </w:p>
    <w:p>
      <w:r>
        <w:rPr>
          <w:b w:val="0"/>
          <w:sz w:val="22"/>
        </w:rPr>
        <w:t>Kod pocztowy i miejscowość: _______________________________</w:t>
      </w:r>
    </w:p>
    <w:p/>
    <w:p/>
    <w:p>
      <w:r>
        <w:rPr>
          <w:b w:val="0"/>
          <w:sz w:val="22"/>
        </w:rPr>
        <w:t>Miejscowość: _____________________________</w:t>
      </w:r>
    </w:p>
    <w:p>
      <w:r>
        <w:rPr>
          <w:b w:val="0"/>
          <w:sz w:val="22"/>
        </w:rPr>
        <w:t>Data: _____________________________</w:t>
      </w:r>
    </w:p>
    <w:p/>
    <w:p/>
    <w:p>
      <w:pPr>
        <w:jc w:val="center"/>
      </w:pPr>
      <w:r>
        <w:rPr>
          <w:b/>
          <w:sz w:val="22"/>
        </w:rPr>
        <w:t>Podanie o przyjęcie do Technikum</w:t>
      </w:r>
    </w:p>
    <w:p/>
    <w:p/>
    <w:p>
      <w:r>
        <w:rPr>
          <w:b w:val="0"/>
          <w:sz w:val="22"/>
        </w:rPr>
        <w:t>Szanowny Panie Dyrektorze,</w:t>
      </w:r>
    </w:p>
    <w:p/>
    <w:p>
      <w:r>
        <w:rPr>
          <w:b w:val="0"/>
          <w:sz w:val="22"/>
        </w:rPr>
        <w:t>Zwracam się z uprzejmą prośbą o przyjęcie mnie do klasy pierwszej Technikum nr _______ w roku szkolnym _______/_______. Jestem absolwentem/absolwentką szkoły podstawowej oświadczam, że spełniam wymagania rekrutacyjne oraz posiadam odpowiednie kwalifikacje do podjęcia nauki w wybranym zawodzie.</w:t>
      </w:r>
    </w:p>
    <w:p/>
    <w:p>
      <w:r>
        <w:rPr>
          <w:b w:val="0"/>
          <w:sz w:val="22"/>
        </w:rPr>
        <w:t>W załączeniu przedstawiam wymagane dokumenty oraz oświadczam, że podane przeze mnie dane są zgodne z prawdą. Jestem świadomy/a obowiązków wynikających z nauki w technikum oraz gotowy/a do ich wypełniania.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Imię i nazwisko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Data urodzenia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Adres zamieszkania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Telefon kontaktowy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Adres e-mail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Wybrany zawód/klasa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__________________________________________________________</w:t>
            </w:r>
          </w:p>
        </w:tc>
      </w:tr>
    </w:tbl>
    <w:p/>
    <w:p/>
    <w:p>
      <w:r>
        <w:rPr>
          <w:b w:val="0"/>
          <w:sz w:val="22"/>
        </w:rPr>
        <w:t>Z poważaniem,</w:t>
      </w:r>
    </w:p>
    <w:p/>
    <w:p/>
    <w:p/>
    <w:p/>
    <w:p>
      <w:pPr>
        <w:jc w:val="center"/>
      </w:pPr>
      <w:r>
        <w:rPr>
          <w:b w:val="0"/>
          <w:sz w:val="22"/>
        </w:rPr>
        <w:t>..................................................</w:t>
      </w:r>
    </w:p>
    <w:p>
      <w:pPr>
        <w:jc w:val="center"/>
      </w:pPr>
      <w:r>
        <w:rPr>
          <w:b w:val="0"/>
          <w:sz w:val="22"/>
        </w:rPr>
        <w:t>(czytelny podpis)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https://wniosek-gotowy.com/podanie-o-przyjecie-do-technikum/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podanie-o-przyjecie-do-technikum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