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NOWY WNIOSEK O WYDANIE KARTY KIEROWCY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</w:t>
      </w:r>
    </w:p>
    <w:p>
      <w:r>
        <w:rPr>
          <w:b w:val="0"/>
          <w:sz w:val="20"/>
        </w:rPr>
        <w:t>PESEL: ________________________________________________________</w:t>
      </w:r>
    </w:p>
    <w:p>
      <w:r>
        <w:rPr>
          <w:b w:val="0"/>
          <w:sz w:val="20"/>
        </w:rPr>
        <w:t>Adres zamieszkania: ___________________________________________</w:t>
      </w:r>
    </w:p>
    <w:p>
      <w:r>
        <w:rPr>
          <w:b w:val="0"/>
          <w:sz w:val="20"/>
        </w:rPr>
        <w:t>Numer dowodu osobistego: ______________________________________</w:t>
      </w:r>
    </w:p>
    <w:p>
      <w:r>
        <w:rPr>
          <w:b w:val="0"/>
          <w:sz w:val="20"/>
        </w:rPr>
        <w:t>Seria i numer prawa jazdy (jeśli dotyczy): _______________________</w:t>
      </w:r>
    </w:p>
    <w:p/>
    <w:p>
      <w:r>
        <w:rPr>
          <w:b/>
          <w:sz w:val="20"/>
        </w:rPr>
        <w:t>Dane Pracodawcy / Firmy:</w:t>
      </w:r>
    </w:p>
    <w:p>
      <w:r>
        <w:rPr>
          <w:b w:val="0"/>
          <w:sz w:val="20"/>
        </w:rPr>
        <w:t>Nazwa firmy: _________________________________________________</w:t>
      </w:r>
    </w:p>
    <w:p>
      <w:r>
        <w:rPr>
          <w:b w:val="0"/>
          <w:sz w:val="20"/>
        </w:rPr>
        <w:t>Adres siedziby: _______________________________________________</w:t>
      </w:r>
    </w:p>
    <w:p>
      <w:r>
        <w:rPr>
          <w:b w:val="0"/>
          <w:sz w:val="20"/>
        </w:rPr>
        <w:t>NIP: _________________________________________________________</w:t>
      </w:r>
    </w:p>
    <w:p>
      <w:r>
        <w:rPr>
          <w:b w:val="0"/>
          <w:sz w:val="20"/>
        </w:rPr>
        <w:t>REGON: ______________________________________________________</w:t>
      </w:r>
    </w:p>
    <w:p/>
    <w:p>
      <w:r>
        <w:rPr>
          <w:b/>
          <w:sz w:val="20"/>
        </w:rPr>
        <w:t>Informacje dotyczące wniosku:</w:t>
      </w:r>
    </w:p>
    <w:p>
      <w:r>
        <w:rPr>
          <w:b w:val="0"/>
          <w:sz w:val="20"/>
        </w:rPr>
        <w:t>Rodzaj karty kierowcy (zaznaczyć właściwe):</w:t>
      </w:r>
    </w:p>
    <w:p>
      <w:r>
        <w:rPr>
          <w:b w:val="0"/>
          <w:sz w:val="20"/>
        </w:rPr>
        <w:t xml:space="preserve">  □ Karta kierowcy nowa</w:t>
      </w:r>
    </w:p>
    <w:p>
      <w:r>
        <w:rPr>
          <w:b w:val="0"/>
          <w:sz w:val="20"/>
        </w:rPr>
        <w:t xml:space="preserve">  □ Wymiana karty kierowcy</w:t>
      </w:r>
    </w:p>
    <w:p>
      <w:r>
        <w:rPr>
          <w:b w:val="0"/>
          <w:sz w:val="20"/>
        </w:rPr>
        <w:t xml:space="preserve">  □ Utrata karty kierowcy</w:t>
      </w:r>
    </w:p>
    <w:p>
      <w:r>
        <w:rPr>
          <w:b w:val="0"/>
          <w:sz w:val="20"/>
        </w:rPr>
        <w:t xml:space="preserve">  □ Uszkodzenie karty kierowcy</w:t>
      </w:r>
    </w:p>
    <w:p>
      <w:r>
        <w:rPr>
          <w:b w:val="0"/>
          <w:sz w:val="20"/>
        </w:rPr>
        <w:t xml:space="preserve">  □ Inne (proszę podać): ________________________________</w:t>
      </w:r>
    </w:p>
    <w:p/>
    <w:p>
      <w:r>
        <w:rPr>
          <w:b/>
          <w:sz w:val="20"/>
        </w:rPr>
        <w:t>Oświadczenia i zgody:</w:t>
      </w:r>
    </w:p>
    <w:p>
      <w:r>
        <w:rPr>
          <w:b w:val="0"/>
          <w:sz w:val="20"/>
        </w:rPr>
        <w:t>1. Oświadczam, że dane zawarte we wniosku są zgodne z prawdą.</w:t>
      </w:r>
    </w:p>
    <w:p>
      <w:r>
        <w:rPr>
          <w:b w:val="0"/>
          <w:sz w:val="20"/>
        </w:rPr>
        <w:t>2. Wyrażam zgodę na przetwarzanie moich danych osobowych w celu realizacji niniejszego wniosku zgodnie z obowiązującymi przepisami prawa.</w:t>
      </w:r>
    </w:p>
    <w:p>
      <w:r>
        <w:rPr>
          <w:b w:val="0"/>
          <w:sz w:val="20"/>
        </w:rPr>
        <w:t>3. Zobowiązuję się do zwrotu dotychczas posiadanej karty kierowcy w przypadku wymiany.</w:t>
      </w:r>
    </w:p>
    <w:p/>
    <w:p>
      <w:r>
        <w:rPr>
          <w:b/>
          <w:sz w:val="20"/>
        </w:rPr>
        <w:t>Załącznik: zdjęcie kierowcy (zgodne z wymaganiami urzędu)</w:t>
      </w:r>
    </w:p>
    <w:p>
      <w:r>
        <w:rPr>
          <w:b w:val="0"/>
          <w:sz w:val="20"/>
        </w:rPr>
        <w:t>Miejsce na zdjęcie: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332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/>
    <w:p>
      <w:r>
        <w:rPr>
          <w:b w:val="0"/>
          <w:sz w:val="20"/>
        </w:rPr>
        <w:t>Miejsce: ______________________              Data: ______________________</w:t>
      </w:r>
    </w:p>
    <w:p/>
    <w:p/>
    <w:p>
      <w:r>
        <w:rPr>
          <w:b/>
          <w:sz w:val="20"/>
        </w:rPr>
        <w:t>Podpis wnioskodawcy:</w:t>
      </w:r>
    </w:p>
    <w:p>
      <w:r>
        <w:rPr>
          <w:b w:val="0"/>
          <w:sz w:val="20"/>
        </w:rPr>
        <w:t>______________________________________________</w:t>
      </w:r>
    </w:p>
    <w:p/>
    <w:p/>
    <w:p>
      <w:r>
        <w:rPr>
          <w:b/>
          <w:sz w:val="20"/>
        </w:rPr>
        <w:t>Podpis osoby przyjmującej wniosek (w urzędzie):</w:t>
      </w:r>
    </w:p>
    <w:p>
      <w:r>
        <w:rPr>
          <w:b w:val="0"/>
          <w:sz w:val="20"/>
        </w:rPr>
        <w:t>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PRACODAWCA / FIRMA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https://wniosek-gotowy.com/nowy-wniosek-o-wydanie-karty-kierowcy/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nowy-wniosek-o-wydanie-karty-kierowcy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